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134" w:rsidRDefault="000C4EC4">
      <w:pPr>
        <w:spacing w:after="40"/>
        <w:jc w:val="center"/>
        <w:rPr>
          <w:lang w:eastAsia="ko-KR"/>
        </w:rPr>
      </w:pPr>
      <w:r>
        <w:rPr>
          <w:b/>
          <w:color w:val="173F6B"/>
          <w:sz w:val="31"/>
          <w:lang w:eastAsia="ko-KR"/>
        </w:rPr>
        <w:t>상명대학교</w:t>
      </w:r>
      <w:r>
        <w:rPr>
          <w:b/>
          <w:color w:val="173F6B"/>
          <w:sz w:val="31"/>
          <w:lang w:eastAsia="ko-KR"/>
        </w:rPr>
        <w:t xml:space="preserve"> </w:t>
      </w:r>
      <w:r>
        <w:rPr>
          <w:b/>
          <w:color w:val="173F6B"/>
          <w:sz w:val="31"/>
          <w:lang w:eastAsia="ko-KR"/>
        </w:rPr>
        <w:t>미래산학관</w:t>
      </w:r>
      <w:r>
        <w:rPr>
          <w:b/>
          <w:color w:val="173F6B"/>
          <w:sz w:val="31"/>
          <w:lang w:eastAsia="ko-KR"/>
        </w:rPr>
        <w:t>(K</w:t>
      </w:r>
      <w:r>
        <w:rPr>
          <w:b/>
          <w:color w:val="173F6B"/>
          <w:sz w:val="31"/>
          <w:lang w:eastAsia="ko-KR"/>
        </w:rPr>
        <w:t>관</w:t>
      </w:r>
      <w:r>
        <w:rPr>
          <w:b/>
          <w:color w:val="173F6B"/>
          <w:sz w:val="31"/>
          <w:lang w:eastAsia="ko-KR"/>
        </w:rPr>
        <w:t>) 2</w:t>
      </w:r>
      <w:r>
        <w:rPr>
          <w:b/>
          <w:color w:val="173F6B"/>
          <w:sz w:val="31"/>
          <w:lang w:eastAsia="ko-KR"/>
        </w:rPr>
        <w:t>층</w:t>
      </w:r>
      <w:r>
        <w:rPr>
          <w:b/>
          <w:color w:val="173F6B"/>
          <w:sz w:val="31"/>
          <w:lang w:eastAsia="ko-KR"/>
        </w:rPr>
        <w:t xml:space="preserve"> </w:t>
      </w:r>
      <w:r>
        <w:rPr>
          <w:b/>
          <w:color w:val="173F6B"/>
          <w:sz w:val="31"/>
          <w:lang w:eastAsia="ko-KR"/>
        </w:rPr>
        <w:t>「</w:t>
      </w:r>
      <w:r>
        <w:rPr>
          <w:b/>
          <w:color w:val="173F6B"/>
          <w:sz w:val="31"/>
          <w:lang w:eastAsia="ko-KR"/>
        </w:rPr>
        <w:t>Life Care Hub</w:t>
      </w:r>
      <w:r>
        <w:rPr>
          <w:b/>
          <w:color w:val="173F6B"/>
          <w:sz w:val="31"/>
          <w:lang w:eastAsia="ko-KR"/>
        </w:rPr>
        <w:t>」</w:t>
      </w:r>
    </w:p>
    <w:p w:rsidR="00DD6134" w:rsidRDefault="000C4EC4">
      <w:pPr>
        <w:spacing w:after="80"/>
        <w:jc w:val="center"/>
        <w:rPr>
          <w:lang w:eastAsia="ko-KR"/>
        </w:rPr>
      </w:pPr>
      <w:r>
        <w:rPr>
          <w:b/>
          <w:color w:val="173F6B"/>
          <w:sz w:val="36"/>
          <w:lang w:eastAsia="ko-KR"/>
        </w:rPr>
        <w:t>개인정보</w:t>
      </w:r>
      <w:r>
        <w:rPr>
          <w:b/>
          <w:color w:val="173F6B"/>
          <w:sz w:val="36"/>
          <w:lang w:eastAsia="ko-KR"/>
        </w:rPr>
        <w:t xml:space="preserve"> </w:t>
      </w:r>
      <w:r>
        <w:rPr>
          <w:b/>
          <w:color w:val="173F6B"/>
          <w:sz w:val="36"/>
          <w:lang w:eastAsia="ko-KR"/>
        </w:rPr>
        <w:t>수집</w:t>
      </w:r>
      <w:r>
        <w:rPr>
          <w:b/>
          <w:color w:val="173F6B"/>
          <w:sz w:val="36"/>
          <w:lang w:eastAsia="ko-KR"/>
        </w:rPr>
        <w:t>·</w:t>
      </w:r>
      <w:r>
        <w:rPr>
          <w:b/>
          <w:color w:val="173F6B"/>
          <w:sz w:val="36"/>
          <w:lang w:eastAsia="ko-KR"/>
        </w:rPr>
        <w:t>이용</w:t>
      </w:r>
      <w:r>
        <w:rPr>
          <w:b/>
          <w:color w:val="173F6B"/>
          <w:sz w:val="36"/>
          <w:lang w:eastAsia="ko-KR"/>
        </w:rPr>
        <w:t xml:space="preserve"> </w:t>
      </w:r>
      <w:r>
        <w:rPr>
          <w:b/>
          <w:color w:val="173F6B"/>
          <w:sz w:val="36"/>
          <w:lang w:eastAsia="ko-KR"/>
        </w:rPr>
        <w:t>동의서</w:t>
      </w:r>
    </w:p>
    <w:p w:rsidR="00DD6134" w:rsidRDefault="000C4EC4">
      <w:pPr>
        <w:spacing w:after="120"/>
        <w:jc w:val="center"/>
        <w:rPr>
          <w:lang w:eastAsia="ko-KR"/>
        </w:rPr>
      </w:pPr>
      <w:r>
        <w:rPr>
          <w:color w:val="5B6D7E"/>
          <w:sz w:val="18"/>
          <w:lang w:eastAsia="ko-KR"/>
        </w:rPr>
        <w:t>입주기업</w:t>
      </w:r>
      <w:r>
        <w:rPr>
          <w:color w:val="5B6D7E"/>
          <w:sz w:val="18"/>
          <w:lang w:eastAsia="ko-KR"/>
        </w:rPr>
        <w:t xml:space="preserve"> </w:t>
      </w:r>
      <w:r>
        <w:rPr>
          <w:color w:val="5B6D7E"/>
          <w:sz w:val="18"/>
          <w:lang w:eastAsia="ko-KR"/>
        </w:rPr>
        <w:t>모집</w:t>
      </w:r>
      <w:r>
        <w:rPr>
          <w:color w:val="5B6D7E"/>
          <w:sz w:val="18"/>
          <w:lang w:eastAsia="ko-KR"/>
        </w:rPr>
        <w:t>·</w:t>
      </w:r>
      <w:r>
        <w:rPr>
          <w:color w:val="5B6D7E"/>
          <w:sz w:val="18"/>
          <w:lang w:eastAsia="ko-KR"/>
        </w:rPr>
        <w:t>선정</w:t>
      </w:r>
      <w:r>
        <w:rPr>
          <w:color w:val="5B6D7E"/>
          <w:sz w:val="18"/>
          <w:lang w:eastAsia="ko-KR"/>
        </w:rPr>
        <w:t xml:space="preserve"> </w:t>
      </w:r>
      <w:r>
        <w:rPr>
          <w:color w:val="5B6D7E"/>
          <w:sz w:val="18"/>
          <w:lang w:eastAsia="ko-KR"/>
        </w:rPr>
        <w:t>및</w:t>
      </w:r>
      <w:r>
        <w:rPr>
          <w:color w:val="5B6D7E"/>
          <w:sz w:val="18"/>
          <w:lang w:eastAsia="ko-KR"/>
        </w:rPr>
        <w:t xml:space="preserve"> </w:t>
      </w:r>
      <w:r>
        <w:rPr>
          <w:color w:val="5B6D7E"/>
          <w:sz w:val="18"/>
          <w:lang w:eastAsia="ko-KR"/>
        </w:rPr>
        <w:t>입주관리용</w:t>
      </w:r>
    </w:p>
    <w:p w:rsidR="00DD6134" w:rsidRDefault="00DD6134">
      <w:pPr>
        <w:pBdr>
          <w:bottom w:val="single" w:sz="12" w:space="1" w:color="173F6B"/>
        </w:pBdr>
        <w:spacing w:after="120"/>
        <w:rPr>
          <w:lang w:eastAsia="ko-KR"/>
        </w:rPr>
      </w:pPr>
    </w:p>
    <w:p w:rsidR="00DD6134" w:rsidRDefault="000C4EC4">
      <w:pPr>
        <w:spacing w:after="100"/>
        <w:rPr>
          <w:lang w:eastAsia="ko-KR"/>
        </w:rPr>
      </w:pPr>
      <w:r>
        <w:rPr>
          <w:sz w:val="18"/>
          <w:lang w:eastAsia="ko-KR"/>
        </w:rPr>
        <w:t>상명대학교는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「</w:t>
      </w:r>
      <w:r>
        <w:rPr>
          <w:sz w:val="18"/>
          <w:lang w:eastAsia="ko-KR"/>
        </w:rPr>
        <w:t>Life Care Hub</w:t>
      </w:r>
      <w:r>
        <w:rPr>
          <w:sz w:val="18"/>
          <w:lang w:eastAsia="ko-KR"/>
        </w:rPr>
        <w:t>」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입주기업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모집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선정</w:t>
      </w:r>
      <w:r>
        <w:rPr>
          <w:sz w:val="18"/>
          <w:lang w:eastAsia="ko-KR"/>
        </w:rPr>
        <w:t xml:space="preserve">, </w:t>
      </w:r>
      <w:r>
        <w:rPr>
          <w:sz w:val="18"/>
          <w:lang w:eastAsia="ko-KR"/>
        </w:rPr>
        <w:t>계약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입주관리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및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산학협력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연계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업무를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위하여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「개인정보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보호법」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제</w:t>
      </w:r>
      <w:r>
        <w:rPr>
          <w:sz w:val="18"/>
          <w:lang w:eastAsia="ko-KR"/>
        </w:rPr>
        <w:t>15</w:t>
      </w:r>
      <w:r>
        <w:rPr>
          <w:sz w:val="18"/>
          <w:lang w:eastAsia="ko-KR"/>
        </w:rPr>
        <w:t>조에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따라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아래와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같이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개인정보를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수집</w:t>
      </w:r>
      <w:r>
        <w:rPr>
          <w:sz w:val="18"/>
          <w:lang w:eastAsia="ko-KR"/>
        </w:rPr>
        <w:t>·</w:t>
      </w:r>
      <w:r>
        <w:rPr>
          <w:sz w:val="18"/>
          <w:lang w:eastAsia="ko-KR"/>
        </w:rPr>
        <w:t>이용하고자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합니다</w:t>
      </w:r>
      <w:r>
        <w:rPr>
          <w:sz w:val="18"/>
          <w:lang w:eastAsia="ko-KR"/>
        </w:rPr>
        <w:t xml:space="preserve">. </w:t>
      </w:r>
      <w:r>
        <w:rPr>
          <w:sz w:val="18"/>
          <w:lang w:eastAsia="ko-KR"/>
        </w:rPr>
        <w:t>내용을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확인하신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후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동의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여부를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표시</w:t>
      </w:r>
      <w:r w:rsidR="002B7A9D">
        <w:rPr>
          <w:color w:val="5B6D7E"/>
          <w:sz w:val="16"/>
          <w:lang w:eastAsia="ko-KR"/>
        </w:rPr>
        <w:t>(☑)</w:t>
      </w:r>
      <w:r>
        <w:rPr>
          <w:sz w:val="18"/>
          <w:lang w:eastAsia="ko-KR"/>
        </w:rPr>
        <w:t>하여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주시기</w:t>
      </w:r>
      <w:r>
        <w:rPr>
          <w:sz w:val="18"/>
          <w:lang w:eastAsia="ko-KR"/>
        </w:rPr>
        <w:t xml:space="preserve"> </w:t>
      </w:r>
      <w:r>
        <w:rPr>
          <w:sz w:val="18"/>
          <w:lang w:eastAsia="ko-KR"/>
        </w:rPr>
        <w:t>바랍니다</w:t>
      </w:r>
      <w:r>
        <w:rPr>
          <w:sz w:val="18"/>
          <w:lang w:eastAsia="ko-KR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DD6134">
        <w:trPr>
          <w:jc w:val="center"/>
        </w:trPr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수집</w:t>
            </w:r>
            <w:r>
              <w:rPr>
                <w:b/>
                <w:color w:val="173F6B"/>
                <w:sz w:val="18"/>
              </w:rPr>
              <w:t>·</w:t>
            </w:r>
            <w:r>
              <w:rPr>
                <w:b/>
                <w:color w:val="173F6B"/>
                <w:sz w:val="18"/>
              </w:rPr>
              <w:t>이용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목적</w:t>
            </w:r>
            <w:proofErr w:type="spellEnd"/>
          </w:p>
        </w:tc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 w:line="240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Life Care Hub </w:t>
            </w:r>
            <w:r>
              <w:rPr>
                <w:sz w:val="16"/>
                <w:lang w:eastAsia="ko-KR"/>
              </w:rPr>
              <w:t>입주신청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접수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신청자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확인</w:t>
            </w:r>
            <w:r>
              <w:rPr>
                <w:lang w:eastAsia="ko-KR"/>
              </w:rPr>
              <w:br/>
            </w: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입주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적격성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검토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선정평가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결과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안내</w:t>
            </w:r>
            <w:r>
              <w:rPr>
                <w:lang w:eastAsia="ko-KR"/>
              </w:rPr>
              <w:br/>
            </w: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계약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체결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입주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시설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운영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연락</w:t>
            </w:r>
            <w:r>
              <w:rPr>
                <w:lang w:eastAsia="ko-KR"/>
              </w:rPr>
              <w:br/>
            </w: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입주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산학협력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연계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입주기업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관리</w:t>
            </w:r>
          </w:p>
        </w:tc>
      </w:tr>
      <w:tr w:rsidR="00DD6134">
        <w:trPr>
          <w:jc w:val="center"/>
        </w:trPr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수집</w:t>
            </w:r>
            <w:r>
              <w:rPr>
                <w:b/>
                <w:color w:val="173F6B"/>
                <w:sz w:val="18"/>
              </w:rPr>
              <w:t>·</w:t>
            </w:r>
            <w:r>
              <w:rPr>
                <w:b/>
                <w:color w:val="173F6B"/>
                <w:sz w:val="18"/>
              </w:rPr>
              <w:t>이용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항목</w:t>
            </w:r>
            <w:proofErr w:type="spellEnd"/>
          </w:p>
        </w:tc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 w:line="240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>대표자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실무담당자의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성명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소속</w:t>
            </w:r>
            <w:r>
              <w:rPr>
                <w:sz w:val="16"/>
                <w:lang w:eastAsia="ko-KR"/>
              </w:rPr>
              <w:t>(</w:t>
            </w:r>
            <w:r>
              <w:rPr>
                <w:sz w:val="16"/>
                <w:lang w:eastAsia="ko-KR"/>
              </w:rPr>
              <w:t>기업명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부서</w:t>
            </w:r>
            <w:r>
              <w:rPr>
                <w:sz w:val="16"/>
                <w:lang w:eastAsia="ko-KR"/>
              </w:rPr>
              <w:t xml:space="preserve">), </w:t>
            </w:r>
            <w:r>
              <w:rPr>
                <w:sz w:val="16"/>
                <w:lang w:eastAsia="ko-KR"/>
              </w:rPr>
              <w:t>직위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휴대전화번호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이메일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서명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등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입주신청서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사업계획서에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포함된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연락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신청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관련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개인정보</w:t>
            </w:r>
          </w:p>
        </w:tc>
      </w:tr>
      <w:tr w:rsidR="00DD6134">
        <w:trPr>
          <w:jc w:val="center"/>
        </w:trPr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proofErr w:type="spellStart"/>
            <w:r>
              <w:rPr>
                <w:b/>
                <w:color w:val="173F6B"/>
                <w:sz w:val="18"/>
              </w:rPr>
              <w:t>보유</w:t>
            </w:r>
            <w:r>
              <w:rPr>
                <w:b/>
                <w:color w:val="173F6B"/>
                <w:sz w:val="18"/>
              </w:rPr>
              <w:t>·</w:t>
            </w:r>
            <w:r>
              <w:rPr>
                <w:b/>
                <w:color w:val="173F6B"/>
                <w:sz w:val="18"/>
              </w:rPr>
              <w:t>이용</w:t>
            </w:r>
            <w:proofErr w:type="spellEnd"/>
            <w:r>
              <w:rPr>
                <w:b/>
                <w:color w:val="173F6B"/>
                <w:sz w:val="18"/>
              </w:rPr>
              <w:t xml:space="preserve"> </w:t>
            </w:r>
            <w:proofErr w:type="spellStart"/>
            <w:r>
              <w:rPr>
                <w:b/>
                <w:color w:val="173F6B"/>
                <w:sz w:val="18"/>
              </w:rPr>
              <w:t>기간</w:t>
            </w:r>
            <w:proofErr w:type="spellEnd"/>
          </w:p>
        </w:tc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 w:line="240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 xml:space="preserve">• </w:t>
            </w:r>
            <w:proofErr w:type="spellStart"/>
            <w:r>
              <w:rPr>
                <w:sz w:val="16"/>
                <w:lang w:eastAsia="ko-KR"/>
              </w:rPr>
              <w:t>미선정</w:t>
            </w:r>
            <w:proofErr w:type="spellEnd"/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기업</w:t>
            </w:r>
            <w:r>
              <w:rPr>
                <w:sz w:val="16"/>
                <w:lang w:eastAsia="ko-KR"/>
              </w:rPr>
              <w:t xml:space="preserve">: </w:t>
            </w:r>
            <w:r>
              <w:rPr>
                <w:sz w:val="16"/>
                <w:lang w:eastAsia="ko-KR"/>
              </w:rPr>
              <w:t>선정절차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종료일로부터</w:t>
            </w:r>
            <w:r>
              <w:rPr>
                <w:sz w:val="16"/>
                <w:lang w:eastAsia="ko-KR"/>
              </w:rPr>
              <w:t xml:space="preserve"> 1</w:t>
            </w:r>
            <w:r>
              <w:rPr>
                <w:sz w:val="16"/>
                <w:lang w:eastAsia="ko-KR"/>
              </w:rPr>
              <w:t>년</w:t>
            </w:r>
            <w:r>
              <w:rPr>
                <w:lang w:eastAsia="ko-KR"/>
              </w:rPr>
              <w:br/>
            </w:r>
            <w:r>
              <w:rPr>
                <w:sz w:val="16"/>
                <w:lang w:eastAsia="ko-KR"/>
              </w:rPr>
              <w:t xml:space="preserve">• </w:t>
            </w:r>
            <w:r>
              <w:rPr>
                <w:sz w:val="16"/>
                <w:lang w:eastAsia="ko-KR"/>
              </w:rPr>
              <w:t>선정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기업</w:t>
            </w:r>
            <w:r>
              <w:rPr>
                <w:sz w:val="16"/>
                <w:lang w:eastAsia="ko-KR"/>
              </w:rPr>
              <w:t xml:space="preserve">: </w:t>
            </w:r>
            <w:r>
              <w:rPr>
                <w:sz w:val="16"/>
                <w:lang w:eastAsia="ko-KR"/>
              </w:rPr>
              <w:t>계약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종료</w:t>
            </w:r>
            <w:r>
              <w:rPr>
                <w:sz w:val="16"/>
                <w:lang w:eastAsia="ko-KR"/>
              </w:rPr>
              <w:t>(</w:t>
            </w:r>
            <w:r>
              <w:rPr>
                <w:sz w:val="16"/>
                <w:lang w:eastAsia="ko-KR"/>
              </w:rPr>
              <w:t>퇴거</w:t>
            </w:r>
            <w:r>
              <w:rPr>
                <w:sz w:val="16"/>
                <w:lang w:eastAsia="ko-KR"/>
              </w:rPr>
              <w:t>)</w:t>
            </w:r>
            <w:r>
              <w:rPr>
                <w:sz w:val="16"/>
                <w:lang w:eastAsia="ko-KR"/>
              </w:rPr>
              <w:t>일로부터</w:t>
            </w:r>
            <w:r>
              <w:rPr>
                <w:sz w:val="16"/>
                <w:lang w:eastAsia="ko-KR"/>
              </w:rPr>
              <w:t xml:space="preserve"> 5</w:t>
            </w:r>
            <w:r>
              <w:rPr>
                <w:sz w:val="16"/>
                <w:lang w:eastAsia="ko-KR"/>
              </w:rPr>
              <w:t>년</w:t>
            </w:r>
            <w:r>
              <w:rPr>
                <w:lang w:eastAsia="ko-KR"/>
              </w:rPr>
              <w:br/>
            </w:r>
            <w:r>
              <w:rPr>
                <w:sz w:val="16"/>
                <w:lang w:eastAsia="ko-KR"/>
              </w:rPr>
              <w:t xml:space="preserve">※ </w:t>
            </w:r>
            <w:r>
              <w:rPr>
                <w:sz w:val="16"/>
                <w:lang w:eastAsia="ko-KR"/>
              </w:rPr>
              <w:t>다만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관계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법령</w:t>
            </w:r>
            <w:r>
              <w:rPr>
                <w:sz w:val="16"/>
                <w:lang w:eastAsia="ko-KR"/>
              </w:rPr>
              <w:t>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따라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보존이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필요한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경우에는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해당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기간까지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보관할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있습니다</w:t>
            </w:r>
            <w:r>
              <w:rPr>
                <w:sz w:val="16"/>
                <w:lang w:eastAsia="ko-KR"/>
              </w:rPr>
              <w:t>.</w:t>
            </w:r>
          </w:p>
        </w:tc>
      </w:tr>
      <w:tr w:rsidR="00DD6134">
        <w:trPr>
          <w:jc w:val="center"/>
        </w:trPr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/>
              <w:jc w:val="center"/>
              <w:rPr>
                <w:lang w:eastAsia="ko-KR"/>
              </w:rPr>
            </w:pPr>
            <w:r>
              <w:rPr>
                <w:b/>
                <w:color w:val="173F6B"/>
                <w:sz w:val="18"/>
                <w:lang w:eastAsia="ko-KR"/>
              </w:rPr>
              <w:t>동의</w:t>
            </w:r>
            <w:r>
              <w:rPr>
                <w:b/>
                <w:color w:val="173F6B"/>
                <w:sz w:val="18"/>
                <w:lang w:eastAsia="ko-KR"/>
              </w:rPr>
              <w:t xml:space="preserve"> </w:t>
            </w:r>
            <w:r>
              <w:rPr>
                <w:b/>
                <w:color w:val="173F6B"/>
                <w:sz w:val="18"/>
                <w:lang w:eastAsia="ko-KR"/>
              </w:rPr>
              <w:t>거부</w:t>
            </w:r>
            <w:r>
              <w:rPr>
                <w:b/>
                <w:color w:val="173F6B"/>
                <w:sz w:val="18"/>
                <w:lang w:eastAsia="ko-KR"/>
              </w:rPr>
              <w:t xml:space="preserve"> </w:t>
            </w:r>
            <w:r>
              <w:rPr>
                <w:b/>
                <w:color w:val="173F6B"/>
                <w:sz w:val="18"/>
                <w:lang w:eastAsia="ko-KR"/>
              </w:rPr>
              <w:t>권리</w:t>
            </w:r>
            <w:r>
              <w:rPr>
                <w:b/>
                <w:color w:val="173F6B"/>
                <w:sz w:val="18"/>
                <w:lang w:eastAsia="ko-KR"/>
              </w:rPr>
              <w:t xml:space="preserve"> </w:t>
            </w:r>
            <w:r>
              <w:rPr>
                <w:b/>
                <w:color w:val="173F6B"/>
                <w:sz w:val="18"/>
                <w:lang w:eastAsia="ko-KR"/>
              </w:rPr>
              <w:t>및</w:t>
            </w:r>
            <w:r>
              <w:rPr>
                <w:b/>
                <w:color w:val="173F6B"/>
                <w:sz w:val="18"/>
                <w:lang w:eastAsia="ko-KR"/>
              </w:rPr>
              <w:t xml:space="preserve"> </w:t>
            </w:r>
            <w:r>
              <w:rPr>
                <w:b/>
                <w:color w:val="173F6B"/>
                <w:sz w:val="18"/>
                <w:lang w:eastAsia="ko-KR"/>
              </w:rPr>
              <w:t>불이익</w:t>
            </w:r>
          </w:p>
        </w:tc>
        <w:tc>
          <w:tcPr>
            <w:tcW w:w="5270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DD6134" w:rsidRDefault="000C4EC4">
            <w:pPr>
              <w:spacing w:after="0" w:line="240" w:lineRule="auto"/>
              <w:rPr>
                <w:lang w:eastAsia="ko-KR"/>
              </w:rPr>
            </w:pPr>
            <w:r>
              <w:rPr>
                <w:sz w:val="16"/>
                <w:lang w:eastAsia="ko-KR"/>
              </w:rPr>
              <w:t>개인정보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수집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이용에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대한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동의를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거부할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권리가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있습니다</w:t>
            </w:r>
            <w:r>
              <w:rPr>
                <w:sz w:val="16"/>
                <w:lang w:eastAsia="ko-KR"/>
              </w:rPr>
              <w:t xml:space="preserve">. </w:t>
            </w:r>
            <w:r>
              <w:rPr>
                <w:sz w:val="16"/>
                <w:lang w:eastAsia="ko-KR"/>
              </w:rPr>
              <w:t>다만</w:t>
            </w:r>
            <w:r>
              <w:rPr>
                <w:sz w:val="16"/>
                <w:lang w:eastAsia="ko-KR"/>
              </w:rPr>
              <w:t xml:space="preserve">, </w:t>
            </w:r>
            <w:r>
              <w:rPr>
                <w:sz w:val="16"/>
                <w:lang w:eastAsia="ko-KR"/>
              </w:rPr>
              <w:t>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개인정보는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입주신청의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접수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평가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계약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및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입주관리에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필요한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최소한의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정보이므로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동의하지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않을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경우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입주신청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접수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또는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선정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계약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절차가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제한될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수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있습니다</w:t>
            </w:r>
            <w:r>
              <w:rPr>
                <w:sz w:val="16"/>
                <w:lang w:eastAsia="ko-KR"/>
              </w:rPr>
              <w:t>.</w:t>
            </w:r>
          </w:p>
        </w:tc>
      </w:tr>
    </w:tbl>
    <w:p w:rsidR="00DD6134" w:rsidRDefault="000C4EC4">
      <w:pPr>
        <w:spacing w:before="160" w:after="60"/>
        <w:jc w:val="center"/>
        <w:rPr>
          <w:lang w:eastAsia="ko-KR"/>
        </w:rPr>
      </w:pPr>
      <w:r>
        <w:rPr>
          <w:b/>
          <w:color w:val="173F6B"/>
          <w:sz w:val="20"/>
          <w:lang w:eastAsia="ko-KR"/>
        </w:rPr>
        <w:t>위와</w:t>
      </w:r>
      <w:r>
        <w:rPr>
          <w:b/>
          <w:color w:val="173F6B"/>
          <w:sz w:val="20"/>
          <w:lang w:eastAsia="ko-KR"/>
        </w:rPr>
        <w:t xml:space="preserve"> </w:t>
      </w:r>
      <w:r>
        <w:rPr>
          <w:b/>
          <w:color w:val="173F6B"/>
          <w:sz w:val="20"/>
          <w:lang w:eastAsia="ko-KR"/>
        </w:rPr>
        <w:t>같이</w:t>
      </w:r>
      <w:r>
        <w:rPr>
          <w:b/>
          <w:color w:val="173F6B"/>
          <w:sz w:val="20"/>
          <w:lang w:eastAsia="ko-KR"/>
        </w:rPr>
        <w:t xml:space="preserve"> </w:t>
      </w:r>
      <w:r>
        <w:rPr>
          <w:b/>
          <w:color w:val="173F6B"/>
          <w:sz w:val="20"/>
          <w:lang w:eastAsia="ko-KR"/>
        </w:rPr>
        <w:t>개인정보를</w:t>
      </w:r>
      <w:r>
        <w:rPr>
          <w:b/>
          <w:color w:val="173F6B"/>
          <w:sz w:val="20"/>
          <w:lang w:eastAsia="ko-KR"/>
        </w:rPr>
        <w:t xml:space="preserve"> </w:t>
      </w:r>
      <w:r>
        <w:rPr>
          <w:b/>
          <w:color w:val="173F6B"/>
          <w:sz w:val="20"/>
          <w:lang w:eastAsia="ko-KR"/>
        </w:rPr>
        <w:t>수집</w:t>
      </w:r>
      <w:r>
        <w:rPr>
          <w:b/>
          <w:color w:val="173F6B"/>
          <w:sz w:val="20"/>
          <w:lang w:eastAsia="ko-KR"/>
        </w:rPr>
        <w:t>·</w:t>
      </w:r>
      <w:r>
        <w:rPr>
          <w:b/>
          <w:color w:val="173F6B"/>
          <w:sz w:val="20"/>
          <w:lang w:eastAsia="ko-KR"/>
        </w:rPr>
        <w:t>이용하는</w:t>
      </w:r>
      <w:r>
        <w:rPr>
          <w:b/>
          <w:color w:val="173F6B"/>
          <w:sz w:val="20"/>
          <w:lang w:eastAsia="ko-KR"/>
        </w:rPr>
        <w:t xml:space="preserve"> </w:t>
      </w:r>
      <w:r>
        <w:rPr>
          <w:b/>
          <w:color w:val="173F6B"/>
          <w:sz w:val="20"/>
          <w:lang w:eastAsia="ko-KR"/>
        </w:rPr>
        <w:t>것에</w:t>
      </w:r>
      <w:r>
        <w:rPr>
          <w:b/>
          <w:color w:val="173F6B"/>
          <w:sz w:val="20"/>
          <w:lang w:eastAsia="ko-KR"/>
        </w:rPr>
        <w:t xml:space="preserve"> </w:t>
      </w:r>
      <w:r>
        <w:rPr>
          <w:b/>
          <w:color w:val="173F6B"/>
          <w:sz w:val="20"/>
          <w:lang w:eastAsia="ko-KR"/>
        </w:rPr>
        <w:t>동의하십니까</w:t>
      </w:r>
      <w:r>
        <w:rPr>
          <w:b/>
          <w:color w:val="173F6B"/>
          <w:sz w:val="20"/>
          <w:lang w:eastAsia="ko-KR"/>
        </w:rPr>
        <w:t>?</w:t>
      </w:r>
    </w:p>
    <w:p w:rsidR="00DD6134" w:rsidRDefault="002B7A9D">
      <w:pPr>
        <w:spacing w:after="140"/>
        <w:jc w:val="center"/>
        <w:rPr>
          <w:lang w:eastAsia="ko-KR"/>
        </w:rPr>
      </w:pPr>
      <w:r w:rsidRPr="002B7A9D">
        <w:rPr>
          <w:sz w:val="32"/>
          <w:lang w:eastAsia="ko-KR"/>
        </w:rPr>
        <w:t>□</w:t>
      </w:r>
      <w:r w:rsidR="000C4EC4" w:rsidRPr="002B7A9D">
        <w:rPr>
          <w:b/>
          <w:sz w:val="40"/>
          <w:lang w:eastAsia="ko-KR"/>
        </w:rPr>
        <w:t xml:space="preserve"> </w:t>
      </w:r>
      <w:r w:rsidR="000C4EC4">
        <w:rPr>
          <w:b/>
          <w:sz w:val="21"/>
          <w:lang w:eastAsia="ko-KR"/>
        </w:rPr>
        <w:t>동의함</w:t>
      </w:r>
      <w:r w:rsidR="000C4EC4">
        <w:rPr>
          <w:b/>
          <w:sz w:val="21"/>
          <w:lang w:eastAsia="ko-KR"/>
        </w:rPr>
        <w:t xml:space="preserve">        </w:t>
      </w:r>
      <w:r w:rsidR="000C4EC4">
        <w:rPr>
          <w:b/>
          <w:sz w:val="21"/>
          <w:lang w:eastAsia="ko-KR"/>
        </w:rPr>
        <w:t xml:space="preserve">  </w:t>
      </w:r>
      <w:r w:rsidRPr="002B7A9D">
        <w:rPr>
          <w:sz w:val="32"/>
          <w:lang w:eastAsia="ko-KR"/>
        </w:rPr>
        <w:t>□</w:t>
      </w:r>
      <w:r w:rsidRPr="002B7A9D">
        <w:rPr>
          <w:b/>
          <w:sz w:val="40"/>
          <w:lang w:eastAsia="ko-KR"/>
        </w:rPr>
        <w:t xml:space="preserve"> </w:t>
      </w:r>
      <w:r w:rsidR="000C4EC4">
        <w:rPr>
          <w:b/>
          <w:sz w:val="21"/>
          <w:lang w:eastAsia="ko-KR"/>
        </w:rPr>
        <w:t>동의하지</w:t>
      </w:r>
      <w:r w:rsidR="000C4EC4">
        <w:rPr>
          <w:b/>
          <w:sz w:val="21"/>
          <w:lang w:eastAsia="ko-KR"/>
        </w:rPr>
        <w:t xml:space="preserve"> </w:t>
      </w:r>
      <w:r w:rsidR="000C4EC4">
        <w:rPr>
          <w:b/>
          <w:sz w:val="21"/>
          <w:lang w:eastAsia="ko-KR"/>
        </w:rPr>
        <w:t>않음</w:t>
      </w:r>
    </w:p>
    <w:p w:rsidR="00DD6134" w:rsidRDefault="000C4EC4">
      <w:pPr>
        <w:spacing w:after="140"/>
        <w:ind w:left="113"/>
        <w:rPr>
          <w:lang w:eastAsia="ko-KR"/>
        </w:rPr>
      </w:pPr>
      <w:r>
        <w:rPr>
          <w:color w:val="5B6D7E"/>
          <w:sz w:val="16"/>
          <w:lang w:eastAsia="ko-KR"/>
        </w:rPr>
        <w:t xml:space="preserve">※ </w:t>
      </w:r>
      <w:r>
        <w:rPr>
          <w:color w:val="5B6D7E"/>
          <w:sz w:val="16"/>
          <w:lang w:eastAsia="ko-KR"/>
        </w:rPr>
        <w:t>수집한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개인정보는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법령에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근거가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있거나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정보주체의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별도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동의를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받은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경우를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제외하고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제</w:t>
      </w:r>
      <w:r>
        <w:rPr>
          <w:color w:val="5B6D7E"/>
          <w:sz w:val="16"/>
          <w:lang w:eastAsia="ko-KR"/>
        </w:rPr>
        <w:t>3</w:t>
      </w:r>
      <w:r>
        <w:rPr>
          <w:color w:val="5B6D7E"/>
          <w:sz w:val="16"/>
          <w:lang w:eastAsia="ko-KR"/>
        </w:rPr>
        <w:t>자에게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제공하지</w:t>
      </w:r>
      <w:r>
        <w:rPr>
          <w:color w:val="5B6D7E"/>
          <w:sz w:val="16"/>
          <w:lang w:eastAsia="ko-KR"/>
        </w:rPr>
        <w:t xml:space="preserve"> </w:t>
      </w:r>
      <w:r>
        <w:rPr>
          <w:color w:val="5B6D7E"/>
          <w:sz w:val="16"/>
          <w:lang w:eastAsia="ko-KR"/>
        </w:rPr>
        <w:t>않습니다</w:t>
      </w:r>
      <w:r>
        <w:rPr>
          <w:color w:val="5B6D7E"/>
          <w:sz w:val="16"/>
          <w:lang w:eastAsia="ko-KR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DD6134">
        <w:trPr>
          <w:jc w:val="center"/>
        </w:trPr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proofErr w:type="spellStart"/>
            <w:r>
              <w:rPr>
                <w:b/>
                <w:color w:val="173F6B"/>
                <w:sz w:val="17"/>
              </w:rPr>
              <w:t>기업명</w:t>
            </w:r>
            <w:proofErr w:type="spellEnd"/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DD6134">
            <w:pPr>
              <w:spacing w:after="0"/>
            </w:pPr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r>
              <w:rPr>
                <w:b/>
                <w:color w:val="173F6B"/>
                <w:sz w:val="17"/>
              </w:rPr>
              <w:t>사업자등록번호</w:t>
            </w:r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DD6134">
            <w:pPr>
              <w:spacing w:after="0"/>
            </w:pPr>
          </w:p>
        </w:tc>
      </w:tr>
      <w:tr w:rsidR="00DD6134">
        <w:trPr>
          <w:jc w:val="center"/>
        </w:trPr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r>
              <w:rPr>
                <w:b/>
                <w:color w:val="173F6B"/>
                <w:sz w:val="17"/>
              </w:rPr>
              <w:t>대표자</w:t>
            </w:r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</w:pPr>
            <w:r>
              <w:rPr>
                <w:sz w:val="17"/>
              </w:rPr>
              <w:t>성명</w:t>
            </w:r>
            <w:r>
              <w:rPr>
                <w:sz w:val="17"/>
              </w:rPr>
              <w:t>:                         (</w:t>
            </w:r>
            <w:r>
              <w:rPr>
                <w:sz w:val="17"/>
              </w:rPr>
              <w:t>서명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또는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인</w:t>
            </w:r>
            <w:r>
              <w:rPr>
                <w:sz w:val="17"/>
              </w:rPr>
              <w:t>)</w:t>
            </w:r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r>
              <w:rPr>
                <w:b/>
                <w:color w:val="173F6B"/>
                <w:sz w:val="17"/>
              </w:rPr>
              <w:t>실무담당자</w:t>
            </w:r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</w:pPr>
            <w:r>
              <w:rPr>
                <w:sz w:val="17"/>
              </w:rPr>
              <w:t>성명</w:t>
            </w:r>
            <w:r>
              <w:rPr>
                <w:sz w:val="17"/>
              </w:rPr>
              <w:t>:                         (</w:t>
            </w:r>
            <w:r>
              <w:rPr>
                <w:sz w:val="17"/>
              </w:rPr>
              <w:t>서명</w:t>
            </w:r>
            <w:r>
              <w:rPr>
                <w:sz w:val="17"/>
              </w:rPr>
              <w:t>)</w:t>
            </w:r>
          </w:p>
        </w:tc>
      </w:tr>
      <w:tr w:rsidR="00DD6134">
        <w:trPr>
          <w:jc w:val="center"/>
        </w:trPr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shd w:val="clear" w:color="auto" w:fill="DCEB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  <w:jc w:val="center"/>
            </w:pPr>
            <w:r>
              <w:rPr>
                <w:b/>
                <w:color w:val="173F6B"/>
                <w:sz w:val="17"/>
              </w:rPr>
              <w:t>작성일</w:t>
            </w:r>
          </w:p>
        </w:tc>
        <w:tc>
          <w:tcPr>
            <w:tcW w:w="2635" w:type="dxa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0C4EC4">
            <w:pPr>
              <w:spacing w:after="0"/>
            </w:pPr>
            <w:r>
              <w:rPr>
                <w:sz w:val="17"/>
              </w:rPr>
              <w:t>2026</w:t>
            </w:r>
            <w:r>
              <w:rPr>
                <w:sz w:val="17"/>
              </w:rPr>
              <w:t>년</w:t>
            </w:r>
            <w:r>
              <w:rPr>
                <w:sz w:val="17"/>
              </w:rPr>
              <w:t xml:space="preserve">       </w:t>
            </w:r>
            <w:r>
              <w:rPr>
                <w:sz w:val="17"/>
              </w:rPr>
              <w:t>월</w:t>
            </w:r>
            <w:r>
              <w:rPr>
                <w:sz w:val="17"/>
              </w:rPr>
              <w:t xml:space="preserve">       </w:t>
            </w:r>
            <w:r>
              <w:rPr>
                <w:sz w:val="17"/>
              </w:rPr>
              <w:t>일</w:t>
            </w:r>
          </w:p>
        </w:tc>
        <w:tc>
          <w:tcPr>
            <w:tcW w:w="5270" w:type="dxa"/>
            <w:gridSpan w:val="2"/>
            <w:tcBorders>
              <w:top w:val="single" w:sz="6" w:space="0" w:color="9FB8CC"/>
              <w:left w:val="single" w:sz="6" w:space="0" w:color="9FB8CC"/>
              <w:bottom w:val="single" w:sz="6" w:space="0" w:color="9FB8CC"/>
              <w:right w:val="single" w:sz="6" w:space="0" w:color="9FB8CC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DD6134" w:rsidRDefault="00DD6134">
            <w:pPr>
              <w:spacing w:after="0"/>
              <w:jc w:val="center"/>
            </w:pPr>
          </w:p>
          <w:p w:rsidR="00DD6134" w:rsidRDefault="00DD6134">
            <w:pPr>
              <w:spacing w:after="0"/>
            </w:pPr>
          </w:p>
        </w:tc>
      </w:tr>
    </w:tbl>
    <w:p w:rsidR="00DD6134" w:rsidRDefault="000C4EC4">
      <w:pPr>
        <w:spacing w:before="120" w:after="0"/>
        <w:jc w:val="right"/>
        <w:rPr>
          <w:lang w:eastAsia="ko-KR"/>
        </w:rPr>
      </w:pPr>
      <w:bookmarkStart w:id="0" w:name="_GoBack"/>
      <w:bookmarkEnd w:id="0"/>
      <w:r>
        <w:rPr>
          <w:color w:val="5B6D7E"/>
          <w:sz w:val="15"/>
          <w:lang w:eastAsia="ko-KR"/>
        </w:rPr>
        <w:t>상명대학교</w:t>
      </w:r>
      <w:r>
        <w:rPr>
          <w:color w:val="5B6D7E"/>
          <w:sz w:val="15"/>
          <w:lang w:eastAsia="ko-KR"/>
        </w:rPr>
        <w:t xml:space="preserve"> </w:t>
      </w:r>
      <w:r>
        <w:rPr>
          <w:color w:val="5B6D7E"/>
          <w:sz w:val="15"/>
          <w:lang w:eastAsia="ko-KR"/>
        </w:rPr>
        <w:t>산학연구처</w:t>
      </w:r>
      <w:r>
        <w:rPr>
          <w:color w:val="5B6D7E"/>
          <w:sz w:val="15"/>
          <w:lang w:eastAsia="ko-KR"/>
        </w:rPr>
        <w:t xml:space="preserve"> </w:t>
      </w:r>
      <w:r>
        <w:rPr>
          <w:color w:val="5B6D7E"/>
          <w:sz w:val="15"/>
          <w:lang w:eastAsia="ko-KR"/>
        </w:rPr>
        <w:t>산학협력지원팀</w:t>
      </w:r>
    </w:p>
    <w:sectPr w:rsidR="00DD6134" w:rsidSect="00034616">
      <w:pgSz w:w="12240" w:h="15840"/>
      <w:pgMar w:top="794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EC4"/>
    <w:rsid w:val="0015074B"/>
    <w:rsid w:val="0029639D"/>
    <w:rsid w:val="002B7A9D"/>
    <w:rsid w:val="00326F90"/>
    <w:rsid w:val="00AA1D8D"/>
    <w:rsid w:val="00B47730"/>
    <w:rsid w:val="00CB0664"/>
    <w:rsid w:val="00DD61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15EDE7"/>
  <w14:defaultImageDpi w14:val="300"/>
  <w15:docId w15:val="{05D804AD-F9DC-4FDF-9AA1-CFE1DAA6F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Noto Sans CJK KR" w:eastAsia="Noto Sans CJK KR" w:hAnsi="Noto Sans CJK KR"/>
      <w:color w:val="1A3550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A4FE05-861A-4484-92D0-B667C7FCC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iacf</cp:lastModifiedBy>
  <cp:revision>2</cp:revision>
  <dcterms:created xsi:type="dcterms:W3CDTF">2013-12-23T23:15:00Z</dcterms:created>
  <dcterms:modified xsi:type="dcterms:W3CDTF">2026-09-30T04:46:00Z</dcterms:modified>
  <cp:category/>
</cp:coreProperties>
</file>