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0F449" w14:textId="77777777" w:rsidR="00B201E0" w:rsidRDefault="00F067CD">
      <w:pPr>
        <w:spacing w:before="60" w:after="80"/>
        <w:jc w:val="center"/>
        <w:rPr>
          <w:lang w:eastAsia="ko-KR"/>
        </w:rPr>
      </w:pPr>
      <w:r>
        <w:rPr>
          <w:b/>
          <w:color w:val="173F6B"/>
          <w:sz w:val="34"/>
          <w:lang w:eastAsia="ko-KR"/>
        </w:rPr>
        <w:t>상명대학교 미래산학관(K관) 2층 「Life Care Hub」 입주신청서</w:t>
      </w:r>
    </w:p>
    <w:p w14:paraId="41585BB4" w14:textId="77777777" w:rsidR="00B201E0" w:rsidRDefault="00F067CD">
      <w:pPr>
        <w:spacing w:after="140"/>
        <w:jc w:val="center"/>
        <w:rPr>
          <w:lang w:eastAsia="ko-KR"/>
        </w:rPr>
      </w:pPr>
      <w:r>
        <w:rPr>
          <w:color w:val="5B6D7E"/>
          <w:sz w:val="18"/>
          <w:lang w:eastAsia="ko-KR"/>
        </w:rPr>
        <w:t>외부기업·</w:t>
      </w:r>
      <w:proofErr w:type="spellStart"/>
      <w:proofErr w:type="gramStart"/>
      <w:r>
        <w:rPr>
          <w:color w:val="5B6D7E"/>
          <w:sz w:val="18"/>
          <w:lang w:eastAsia="ko-KR"/>
        </w:rPr>
        <w:t>기관용</w:t>
      </w:r>
      <w:proofErr w:type="spellEnd"/>
      <w:r>
        <w:rPr>
          <w:color w:val="5B6D7E"/>
          <w:sz w:val="18"/>
          <w:lang w:eastAsia="ko-KR"/>
        </w:rPr>
        <w:t xml:space="preserve"> /</w:t>
      </w:r>
      <w:proofErr w:type="gramEnd"/>
      <w:r>
        <w:rPr>
          <w:color w:val="5B6D7E"/>
          <w:sz w:val="18"/>
          <w:lang w:eastAsia="ko-KR"/>
        </w:rPr>
        <w:t xml:space="preserve"> 산학협력 연계형 입주기업 모집</w:t>
      </w:r>
    </w:p>
    <w:p w14:paraId="75C2D14B" w14:textId="77777777" w:rsidR="00B201E0" w:rsidRDefault="00B201E0">
      <w:pPr>
        <w:pBdr>
          <w:bottom w:val="single" w:sz="12" w:space="1" w:color="173F6B"/>
        </w:pBdr>
        <w:spacing w:after="100"/>
        <w:rPr>
          <w:lang w:eastAsia="ko-KR"/>
        </w:rPr>
      </w:pPr>
    </w:p>
    <w:p w14:paraId="4DE42055" w14:textId="77777777" w:rsidR="00B201E0" w:rsidRDefault="00F067CD">
      <w:pPr>
        <w:spacing w:after="40"/>
        <w:ind w:left="113"/>
        <w:rPr>
          <w:lang w:eastAsia="ko-KR"/>
        </w:rPr>
      </w:pPr>
      <w:r>
        <w:rPr>
          <w:color w:val="5B6D7E"/>
          <w:sz w:val="16"/>
          <w:lang w:eastAsia="ko-KR"/>
        </w:rPr>
        <w:t>※ 해당 없는 항목은 “해당 없음”</w:t>
      </w:r>
      <w:proofErr w:type="spellStart"/>
      <w:r>
        <w:rPr>
          <w:color w:val="5B6D7E"/>
          <w:sz w:val="16"/>
          <w:lang w:eastAsia="ko-KR"/>
        </w:rPr>
        <w:t>으로</w:t>
      </w:r>
      <w:proofErr w:type="spellEnd"/>
      <w:r>
        <w:rPr>
          <w:color w:val="5B6D7E"/>
          <w:sz w:val="16"/>
          <w:lang w:eastAsia="ko-KR"/>
        </w:rPr>
        <w:t xml:space="preserve"> 기재하며, 선택항목은 </w:t>
      </w:r>
      <w:proofErr w:type="spellStart"/>
      <w:r>
        <w:rPr>
          <w:color w:val="5B6D7E"/>
          <w:sz w:val="16"/>
          <w:lang w:eastAsia="ko-KR"/>
        </w:rPr>
        <w:t>해당란에</w:t>
      </w:r>
      <w:proofErr w:type="spellEnd"/>
      <w:r>
        <w:rPr>
          <w:color w:val="5B6D7E"/>
          <w:sz w:val="16"/>
          <w:lang w:eastAsia="ko-KR"/>
        </w:rPr>
        <w:t xml:space="preserve"> 체크(☑)하여 주시기 바랍니다.</w:t>
      </w:r>
    </w:p>
    <w:p w14:paraId="43B940E9" w14:textId="77777777" w:rsidR="00B201E0" w:rsidRDefault="00F067CD">
      <w:pPr>
        <w:keepNext/>
        <w:spacing w:before="140" w:after="60"/>
      </w:pPr>
      <w:r>
        <w:rPr>
          <w:b/>
          <w:color w:val="173F6B"/>
          <w:sz w:val="23"/>
        </w:rPr>
        <w:t xml:space="preserve">1. </w:t>
      </w:r>
      <w:proofErr w:type="spellStart"/>
      <w:r>
        <w:rPr>
          <w:b/>
          <w:color w:val="173F6B"/>
          <w:sz w:val="23"/>
        </w:rPr>
        <w:t>신청기업</w:t>
      </w:r>
      <w:proofErr w:type="spellEnd"/>
      <w:r>
        <w:rPr>
          <w:b/>
          <w:color w:val="173F6B"/>
          <w:sz w:val="23"/>
        </w:rPr>
        <w:t xml:space="preserve"> </w:t>
      </w:r>
      <w:proofErr w:type="spellStart"/>
      <w:r>
        <w:rPr>
          <w:b/>
          <w:color w:val="173F6B"/>
          <w:sz w:val="23"/>
        </w:rPr>
        <w:t>기본현황</w:t>
      </w:r>
      <w:proofErr w:type="spellEnd"/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959"/>
        <w:gridCol w:w="3402"/>
        <w:gridCol w:w="25"/>
        <w:gridCol w:w="1701"/>
        <w:gridCol w:w="3685"/>
      </w:tblGrid>
      <w:tr w:rsidR="00B201E0" w14:paraId="7366489F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BF0EE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기업명</w:t>
            </w:r>
            <w:proofErr w:type="spellEnd"/>
          </w:p>
        </w:tc>
        <w:tc>
          <w:tcPr>
            <w:tcW w:w="3427" w:type="dxa"/>
            <w:gridSpan w:val="2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69C79" w14:textId="77777777" w:rsidR="00B201E0" w:rsidRDefault="00B201E0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DA8C5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대표자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06D19" w14:textId="77777777" w:rsidR="00B201E0" w:rsidRDefault="00B201E0">
            <w:pPr>
              <w:spacing w:line="240" w:lineRule="auto"/>
            </w:pPr>
          </w:p>
        </w:tc>
      </w:tr>
      <w:tr w:rsidR="00B201E0" w14:paraId="4E5EFD58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CF539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사업자등록번호</w:t>
            </w:r>
          </w:p>
        </w:tc>
        <w:tc>
          <w:tcPr>
            <w:tcW w:w="3427" w:type="dxa"/>
            <w:gridSpan w:val="2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8501E" w14:textId="77777777" w:rsidR="00B201E0" w:rsidRDefault="00B201E0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66286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법인등록번호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E5712" w14:textId="77777777" w:rsidR="00B201E0" w:rsidRDefault="00F067CD">
            <w:pPr>
              <w:spacing w:line="240" w:lineRule="auto"/>
            </w:pPr>
            <w:r>
              <w:rPr>
                <w:color w:val="5B6D7E"/>
                <w:sz w:val="17"/>
              </w:rPr>
              <w:t>(해당 시)</w:t>
            </w:r>
          </w:p>
        </w:tc>
      </w:tr>
      <w:tr w:rsidR="00B201E0" w14:paraId="09340772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9EE77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설립일</w:t>
            </w:r>
          </w:p>
        </w:tc>
        <w:tc>
          <w:tcPr>
            <w:tcW w:w="3427" w:type="dxa"/>
            <w:gridSpan w:val="2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E085F" w14:textId="77777777" w:rsidR="00B201E0" w:rsidRDefault="00B201E0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406BD" w14:textId="77777777" w:rsidR="00B201E0" w:rsidRDefault="007252F6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 xml:space="preserve">업종/KSIC 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385E3" w14:textId="77777777" w:rsidR="00B201E0" w:rsidRDefault="00B201E0">
            <w:pPr>
              <w:spacing w:line="240" w:lineRule="auto"/>
              <w:rPr>
                <w:lang w:eastAsia="ko-KR"/>
              </w:rPr>
            </w:pPr>
          </w:p>
        </w:tc>
      </w:tr>
      <w:tr w:rsidR="007252F6" w14:paraId="13DA6C41" w14:textId="77777777" w:rsidTr="00CC7074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E59D0" w14:textId="77777777" w:rsidR="007252F6" w:rsidRDefault="007252F6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>기업 구분</w:t>
            </w:r>
          </w:p>
        </w:tc>
        <w:tc>
          <w:tcPr>
            <w:tcW w:w="8813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83949" w14:textId="77777777" w:rsidR="007252F6" w:rsidRDefault="007252F6">
            <w:pPr>
              <w:spacing w:line="240" w:lineRule="auto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□ 창업기업   □ 중소기업   □ 중견기업   □ 대기업   □ 비영리기관   □ </w:t>
            </w:r>
            <w:proofErr w:type="gramStart"/>
            <w:r>
              <w:rPr>
                <w:sz w:val="17"/>
                <w:lang w:eastAsia="ko-KR"/>
              </w:rPr>
              <w:t>기타</w:t>
            </w:r>
            <w:r w:rsidR="00E54A07" w:rsidRPr="00B01C41">
              <w:rPr>
                <w:rFonts w:hint="eastAsia"/>
                <w:sz w:val="17"/>
                <w:lang w:eastAsia="ko-KR"/>
              </w:rPr>
              <w:t>(</w:t>
            </w:r>
            <w:r w:rsidR="00E54A07" w:rsidRPr="00B01C41">
              <w:rPr>
                <w:sz w:val="17"/>
                <w:lang w:eastAsia="ko-KR"/>
              </w:rPr>
              <w:t xml:space="preserve">  </w:t>
            </w:r>
            <w:proofErr w:type="gramEnd"/>
            <w:r w:rsidR="00E54A07" w:rsidRPr="00B01C41">
              <w:rPr>
                <w:sz w:val="17"/>
                <w:lang w:eastAsia="ko-KR"/>
              </w:rPr>
              <w:t xml:space="preserve">      )</w:t>
            </w:r>
          </w:p>
        </w:tc>
      </w:tr>
      <w:tr w:rsidR="00B201E0" w14:paraId="6CC1B4B0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7BF13" w14:textId="77777777" w:rsidR="00B201E0" w:rsidRDefault="00F067CD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 xml:space="preserve">주요 </w:t>
            </w:r>
            <w:r w:rsidR="007252F6">
              <w:rPr>
                <w:b/>
                <w:color w:val="173F6B"/>
                <w:sz w:val="18"/>
                <w:lang w:eastAsia="ko-KR"/>
              </w:rPr>
              <w:t>사업·</w:t>
            </w:r>
            <w:r>
              <w:rPr>
                <w:b/>
                <w:color w:val="173F6B"/>
                <w:sz w:val="18"/>
                <w:lang w:eastAsia="ko-KR"/>
              </w:rPr>
              <w:t>제품·서비스</w:t>
            </w:r>
          </w:p>
        </w:tc>
        <w:tc>
          <w:tcPr>
            <w:tcW w:w="8813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9FDFD" w14:textId="77777777" w:rsidR="00B201E0" w:rsidRPr="007252F6" w:rsidRDefault="00B201E0">
            <w:pPr>
              <w:spacing w:line="240" w:lineRule="auto"/>
              <w:rPr>
                <w:lang w:eastAsia="ko-KR"/>
              </w:rPr>
            </w:pPr>
          </w:p>
        </w:tc>
      </w:tr>
      <w:tr w:rsidR="007252F6" w:rsidRPr="00B01C41" w14:paraId="0D8CC491" w14:textId="77777777" w:rsidTr="00230679">
        <w:trPr>
          <w:trHeight w:val="175"/>
          <w:jc w:val="center"/>
        </w:trPr>
        <w:tc>
          <w:tcPr>
            <w:tcW w:w="1959" w:type="dxa"/>
            <w:vMerge w:val="restart"/>
            <w:tcBorders>
              <w:top w:val="single" w:sz="6" w:space="0" w:color="8EA9BF"/>
              <w:left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DC5B6" w14:textId="77777777" w:rsidR="007252F6" w:rsidRPr="007252F6" w:rsidRDefault="007252F6">
            <w:pPr>
              <w:spacing w:line="240" w:lineRule="auto"/>
              <w:jc w:val="center"/>
              <w:rPr>
                <w:rFonts w:ascii="바탕체" w:eastAsia="바탕체" w:hAnsi="바탕체"/>
                <w:b/>
                <w:color w:val="173F6B"/>
                <w:sz w:val="18"/>
                <w:lang w:eastAsia="ko-KR"/>
              </w:rPr>
            </w:pPr>
            <w:r w:rsidRPr="007252F6">
              <w:rPr>
                <w:rFonts w:hint="eastAsia"/>
                <w:b/>
                <w:color w:val="173F6B"/>
                <w:sz w:val="18"/>
                <w:lang w:eastAsia="ko-KR"/>
              </w:rPr>
              <w:t>우선 분야 해당 여부</w:t>
            </w:r>
          </w:p>
        </w:tc>
        <w:tc>
          <w:tcPr>
            <w:tcW w:w="340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D6C80A" w14:textId="77777777" w:rsidR="007252F6" w:rsidRPr="007252F6" w:rsidRDefault="007252F6">
            <w:pPr>
              <w:spacing w:line="240" w:lineRule="auto"/>
              <w:rPr>
                <w:rFonts w:ascii="바탕체" w:eastAsia="바탕체" w:hAnsi="바탕체"/>
                <w:lang w:eastAsia="ko-KR"/>
              </w:rPr>
            </w:pPr>
            <w:r>
              <w:rPr>
                <w:sz w:val="17"/>
                <w:lang w:eastAsia="ko-KR"/>
              </w:rPr>
              <w:t>□</w:t>
            </w:r>
            <w:r w:rsidRPr="007252F6">
              <w:rPr>
                <w:sz w:val="16"/>
                <w:lang w:eastAsia="ko-KR"/>
              </w:rPr>
              <w:t xml:space="preserve"> Life Care </w:t>
            </w:r>
            <w:r w:rsidRPr="007252F6">
              <w:rPr>
                <w:rFonts w:hint="eastAsia"/>
                <w:sz w:val="16"/>
                <w:lang w:eastAsia="ko-KR"/>
              </w:rPr>
              <w:t>관련 기업</w:t>
            </w:r>
            <w:r w:rsidRPr="007252F6">
              <w:rPr>
                <w:sz w:val="16"/>
                <w:lang w:eastAsia="ko-KR"/>
              </w:rPr>
              <w:t xml:space="preserve"> </w:t>
            </w:r>
          </w:p>
        </w:tc>
        <w:tc>
          <w:tcPr>
            <w:tcW w:w="5411" w:type="dxa"/>
            <w:gridSpan w:val="3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vAlign w:val="center"/>
          </w:tcPr>
          <w:p w14:paraId="04C4D0D9" w14:textId="77777777" w:rsidR="007252F6" w:rsidRPr="00B01C41" w:rsidRDefault="00B01C41">
            <w:pPr>
              <w:spacing w:line="240" w:lineRule="auto"/>
              <w:rPr>
                <w:rFonts w:ascii="바탕체" w:eastAsia="바탕체" w:hAnsi="바탕체"/>
                <w:sz w:val="14"/>
                <w:lang w:eastAsia="ko-KR"/>
              </w:rPr>
            </w:pPr>
            <w:r>
              <w:rPr>
                <w:sz w:val="17"/>
                <w:lang w:eastAsia="ko-KR"/>
              </w:rPr>
              <w:t>□</w:t>
            </w:r>
            <w:r w:rsidR="007252F6" w:rsidRPr="00B01C41">
              <w:rPr>
                <w:sz w:val="17"/>
                <w:lang w:eastAsia="ko-KR"/>
              </w:rPr>
              <w:t xml:space="preserve"> </w:t>
            </w:r>
            <w:r w:rsidR="007252F6" w:rsidRPr="00B01C41">
              <w:rPr>
                <w:rFonts w:hint="eastAsia"/>
                <w:sz w:val="17"/>
                <w:lang w:eastAsia="ko-KR"/>
              </w:rPr>
              <w:t xml:space="preserve">헬스케어 </w:t>
            </w:r>
            <w:r>
              <w:rPr>
                <w:sz w:val="17"/>
                <w:lang w:eastAsia="ko-KR"/>
              </w:rPr>
              <w:t>□</w:t>
            </w:r>
            <w:r w:rsidR="007252F6" w:rsidRPr="00B01C41">
              <w:rPr>
                <w:sz w:val="17"/>
                <w:lang w:eastAsia="ko-KR"/>
              </w:rPr>
              <w:t xml:space="preserve"> </w:t>
            </w:r>
            <w:proofErr w:type="spellStart"/>
            <w:r w:rsidR="007252F6" w:rsidRPr="00B01C41">
              <w:rPr>
                <w:rFonts w:hint="eastAsia"/>
                <w:sz w:val="17"/>
                <w:lang w:eastAsia="ko-KR"/>
              </w:rPr>
              <w:t>웰니스</w:t>
            </w:r>
            <w:proofErr w:type="spellEnd"/>
            <w:r w:rsidR="007252F6" w:rsidRPr="00B01C41">
              <w:rPr>
                <w:rFonts w:hint="eastAsia"/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□</w:t>
            </w:r>
            <w:r w:rsidR="007252F6" w:rsidRPr="00B01C41">
              <w:rPr>
                <w:sz w:val="17"/>
                <w:lang w:eastAsia="ko-KR"/>
              </w:rPr>
              <w:t xml:space="preserve"> </w:t>
            </w:r>
            <w:r w:rsidR="007252F6" w:rsidRPr="00B01C41">
              <w:rPr>
                <w:rFonts w:hint="eastAsia"/>
                <w:sz w:val="17"/>
                <w:lang w:eastAsia="ko-KR"/>
              </w:rPr>
              <w:t xml:space="preserve">바이오 </w:t>
            </w:r>
            <w:r>
              <w:rPr>
                <w:sz w:val="17"/>
                <w:lang w:eastAsia="ko-KR"/>
              </w:rPr>
              <w:t>□</w:t>
            </w:r>
            <w:r w:rsidR="007252F6" w:rsidRPr="00B01C41">
              <w:rPr>
                <w:sz w:val="17"/>
                <w:lang w:eastAsia="ko-KR"/>
              </w:rPr>
              <w:t xml:space="preserve"> </w:t>
            </w:r>
            <w:proofErr w:type="spellStart"/>
            <w:r w:rsidR="007252F6" w:rsidRPr="00B01C41">
              <w:rPr>
                <w:rFonts w:hint="eastAsia"/>
                <w:sz w:val="17"/>
                <w:lang w:eastAsia="ko-KR"/>
              </w:rPr>
              <w:t>푸드테크</w:t>
            </w:r>
            <w:proofErr w:type="spellEnd"/>
            <w:r w:rsidR="007252F6" w:rsidRPr="00B01C41">
              <w:rPr>
                <w:rFonts w:hint="eastAsia"/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□</w:t>
            </w:r>
            <w:r w:rsidR="007252F6" w:rsidRPr="00B01C41">
              <w:rPr>
                <w:sz w:val="17"/>
                <w:lang w:eastAsia="ko-KR"/>
              </w:rPr>
              <w:t xml:space="preserve"> </w:t>
            </w:r>
            <w:proofErr w:type="gramStart"/>
            <w:r w:rsidR="007252F6" w:rsidRPr="00B01C41">
              <w:rPr>
                <w:rFonts w:hint="eastAsia"/>
                <w:sz w:val="17"/>
                <w:lang w:eastAsia="ko-KR"/>
              </w:rPr>
              <w:t>기타(</w:t>
            </w:r>
            <w:r w:rsidR="007252F6" w:rsidRPr="00B01C41">
              <w:rPr>
                <w:sz w:val="17"/>
                <w:lang w:eastAsia="ko-KR"/>
              </w:rPr>
              <w:t xml:space="preserve">  </w:t>
            </w:r>
            <w:proofErr w:type="gramEnd"/>
            <w:r w:rsidR="007252F6" w:rsidRPr="00B01C41">
              <w:rPr>
                <w:sz w:val="17"/>
                <w:lang w:eastAsia="ko-KR"/>
              </w:rPr>
              <w:t xml:space="preserve">      )</w:t>
            </w:r>
          </w:p>
        </w:tc>
      </w:tr>
      <w:tr w:rsidR="00B01C41" w14:paraId="6F48BE4C" w14:textId="77777777" w:rsidTr="00541ACE">
        <w:trPr>
          <w:trHeight w:val="70"/>
          <w:jc w:val="center"/>
        </w:trPr>
        <w:tc>
          <w:tcPr>
            <w:tcW w:w="1959" w:type="dxa"/>
            <w:vMerge/>
            <w:tcBorders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DADD4" w14:textId="77777777" w:rsidR="00B01C41" w:rsidRPr="007252F6" w:rsidRDefault="00B01C41">
            <w:pPr>
              <w:spacing w:line="240" w:lineRule="auto"/>
              <w:jc w:val="center"/>
              <w:rPr>
                <w:rFonts w:ascii="바탕체" w:eastAsia="바탕체" w:hAnsi="바탕체" w:cs="맑은 고딕"/>
                <w:b/>
                <w:color w:val="173F6B"/>
                <w:sz w:val="18"/>
                <w:lang w:eastAsia="ko-KR"/>
              </w:rPr>
            </w:pPr>
          </w:p>
        </w:tc>
        <w:tc>
          <w:tcPr>
            <w:tcW w:w="8813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293B0" w14:textId="77777777" w:rsidR="00B01C41" w:rsidRPr="007252F6" w:rsidRDefault="00B01C41">
            <w:pPr>
              <w:spacing w:line="240" w:lineRule="auto"/>
              <w:rPr>
                <w:sz w:val="18"/>
                <w:lang w:eastAsia="ko-KR"/>
              </w:rPr>
            </w:pPr>
            <w:r>
              <w:rPr>
                <w:sz w:val="17"/>
                <w:lang w:eastAsia="ko-KR"/>
              </w:rPr>
              <w:t>□</w:t>
            </w:r>
            <w:r w:rsidRPr="007252F6">
              <w:rPr>
                <w:sz w:val="16"/>
                <w:lang w:eastAsia="ko-KR"/>
              </w:rPr>
              <w:t xml:space="preserve"> </w:t>
            </w:r>
            <w:r w:rsidRPr="007252F6">
              <w:rPr>
                <w:rFonts w:hint="eastAsia"/>
                <w:sz w:val="16"/>
                <w:lang w:eastAsia="ko-KR"/>
              </w:rPr>
              <w:t>기타 산학협력 가능 기업</w:t>
            </w:r>
          </w:p>
        </w:tc>
      </w:tr>
      <w:tr w:rsidR="00B201E0" w14:paraId="2BAC4761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95102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본사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소재지</w:t>
            </w:r>
            <w:proofErr w:type="spellEnd"/>
          </w:p>
        </w:tc>
        <w:tc>
          <w:tcPr>
            <w:tcW w:w="8813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5AD0A" w14:textId="77777777" w:rsidR="00B201E0" w:rsidRDefault="00B201E0">
            <w:pPr>
              <w:spacing w:line="240" w:lineRule="auto"/>
            </w:pPr>
          </w:p>
        </w:tc>
      </w:tr>
      <w:tr w:rsidR="00B201E0" w14:paraId="15DF288A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B198D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연구소·사업장</w:t>
            </w:r>
          </w:p>
        </w:tc>
        <w:tc>
          <w:tcPr>
            <w:tcW w:w="8813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FEA5F" w14:textId="77777777" w:rsidR="00B201E0" w:rsidRDefault="00B201E0">
            <w:pPr>
              <w:spacing w:line="240" w:lineRule="auto"/>
            </w:pPr>
          </w:p>
        </w:tc>
      </w:tr>
      <w:tr w:rsidR="00B201E0" w14:paraId="76DCE37B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2EA82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홈페이지</w:t>
            </w:r>
          </w:p>
        </w:tc>
        <w:tc>
          <w:tcPr>
            <w:tcW w:w="3427" w:type="dxa"/>
            <w:gridSpan w:val="2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B55CB" w14:textId="77777777" w:rsidR="00B201E0" w:rsidRDefault="00B201E0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71B0D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기업부설연구소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56E16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sz w:val="17"/>
                <w:lang w:eastAsia="ko-KR"/>
              </w:rPr>
              <w:t>□ 보유   □ 설립 예정   □ 없음</w:t>
            </w:r>
          </w:p>
        </w:tc>
      </w:tr>
    </w:tbl>
    <w:p w14:paraId="130FED4F" w14:textId="77777777" w:rsidR="00B201E0" w:rsidRDefault="00F067CD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t>2. 담당자 및 경영·인력 현황</w:t>
      </w:r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959"/>
        <w:gridCol w:w="3427"/>
        <w:gridCol w:w="1701"/>
        <w:gridCol w:w="3685"/>
      </w:tblGrid>
      <w:tr w:rsidR="00B201E0" w14:paraId="0F7DEAB9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FA5DF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실무담당자</w:t>
            </w:r>
            <w:proofErr w:type="spellEnd"/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B425E" w14:textId="77777777" w:rsidR="00B201E0" w:rsidRDefault="00F067CD">
            <w:pPr>
              <w:spacing w:line="240" w:lineRule="auto"/>
            </w:pPr>
            <w:r>
              <w:rPr>
                <w:color w:val="5B6D7E"/>
                <w:sz w:val="17"/>
              </w:rPr>
              <w:t>성명 / 부서·직위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DC845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연락처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8DAC8" w14:textId="77777777" w:rsidR="00B201E0" w:rsidRDefault="00F067CD">
            <w:pPr>
              <w:spacing w:line="240" w:lineRule="auto"/>
            </w:pPr>
            <w:r>
              <w:rPr>
                <w:color w:val="5B6D7E"/>
                <w:sz w:val="17"/>
              </w:rPr>
              <w:t>휴대전화 / 이메일</w:t>
            </w:r>
          </w:p>
        </w:tc>
      </w:tr>
      <w:tr w:rsidR="00B201E0" w14:paraId="3281E4A8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A27A4B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자본금</w:t>
            </w:r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A8D34" w14:textId="77777777" w:rsidR="00B201E0" w:rsidRDefault="00B201E0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7C467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전년도 매출액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68C51" w14:textId="77777777" w:rsidR="00B201E0" w:rsidRDefault="00B201E0">
            <w:pPr>
              <w:spacing w:line="240" w:lineRule="auto"/>
            </w:pPr>
          </w:p>
        </w:tc>
      </w:tr>
      <w:tr w:rsidR="00B201E0" w14:paraId="680FC2CF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DC3B8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상시근로자</w:t>
            </w:r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A36A5" w14:textId="77777777" w:rsidR="00B201E0" w:rsidRDefault="00F067CD">
            <w:pPr>
              <w:spacing w:line="240" w:lineRule="auto"/>
            </w:pPr>
            <w:r>
              <w:rPr>
                <w:color w:val="5B6D7E"/>
                <w:sz w:val="17"/>
              </w:rPr>
              <w:t>총      명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F38BF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연구·기술인력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C0EB4D" w14:textId="77777777" w:rsidR="00B201E0" w:rsidRDefault="00F067CD">
            <w:pPr>
              <w:spacing w:line="240" w:lineRule="auto"/>
            </w:pPr>
            <w:r>
              <w:rPr>
                <w:color w:val="5B6D7E"/>
                <w:sz w:val="17"/>
              </w:rPr>
              <w:t xml:space="preserve">      명</w:t>
            </w:r>
          </w:p>
        </w:tc>
      </w:tr>
      <w:tr w:rsidR="00B201E0" w14:paraId="001E89AB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1773C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주요 인증·지정</w:t>
            </w:r>
          </w:p>
        </w:tc>
        <w:tc>
          <w:tcPr>
            <w:tcW w:w="8813" w:type="dxa"/>
            <w:gridSpan w:val="3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81230" w14:textId="77777777" w:rsidR="00B201E0" w:rsidRDefault="00B201E0">
            <w:pPr>
              <w:spacing w:line="240" w:lineRule="auto"/>
            </w:pPr>
          </w:p>
        </w:tc>
      </w:tr>
      <w:tr w:rsidR="00B201E0" w14:paraId="19B61CF2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40A83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주요 지식재산권</w:t>
            </w:r>
          </w:p>
        </w:tc>
        <w:tc>
          <w:tcPr>
            <w:tcW w:w="8813" w:type="dxa"/>
            <w:gridSpan w:val="3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40F93" w14:textId="77777777" w:rsidR="00B201E0" w:rsidRDefault="00B201E0">
            <w:pPr>
              <w:spacing w:line="240" w:lineRule="auto"/>
            </w:pPr>
          </w:p>
        </w:tc>
      </w:tr>
    </w:tbl>
    <w:p w14:paraId="7A813FA3" w14:textId="77777777" w:rsidR="00B201E0" w:rsidRDefault="00F067CD">
      <w:pPr>
        <w:keepNext/>
        <w:spacing w:before="140" w:after="60"/>
      </w:pPr>
      <w:r>
        <w:rPr>
          <w:b/>
          <w:color w:val="173F6B"/>
          <w:sz w:val="23"/>
        </w:rPr>
        <w:t xml:space="preserve">3. </w:t>
      </w:r>
      <w:proofErr w:type="spellStart"/>
      <w:r>
        <w:rPr>
          <w:b/>
          <w:color w:val="173F6B"/>
          <w:sz w:val="23"/>
        </w:rPr>
        <w:t>입주</w:t>
      </w:r>
      <w:proofErr w:type="spellEnd"/>
      <w:r>
        <w:rPr>
          <w:b/>
          <w:color w:val="173F6B"/>
          <w:sz w:val="23"/>
        </w:rPr>
        <w:t xml:space="preserve"> </w:t>
      </w:r>
      <w:proofErr w:type="spellStart"/>
      <w:r>
        <w:rPr>
          <w:b/>
          <w:color w:val="173F6B"/>
          <w:sz w:val="23"/>
        </w:rPr>
        <w:t>신청사항</w:t>
      </w:r>
      <w:proofErr w:type="spellEnd"/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959"/>
        <w:gridCol w:w="3427"/>
        <w:gridCol w:w="1701"/>
        <w:gridCol w:w="3685"/>
      </w:tblGrid>
      <w:tr w:rsidR="00B201E0" w14:paraId="05441572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3429C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희망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호실</w:t>
            </w:r>
            <w:proofErr w:type="spellEnd"/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F4A64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 xml:space="preserve">1순위 K      / 2순위 K      / 3순위 K      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5B17F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복수 호실 신청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746CD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희망  □ 미희망</w:t>
            </w:r>
          </w:p>
        </w:tc>
      </w:tr>
      <w:tr w:rsidR="00B201E0" w14:paraId="7496726C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76A44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희망 사용면적</w:t>
            </w:r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480DA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약          ㎡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C01658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상주 예정인원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5FE37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총          명</w:t>
            </w:r>
          </w:p>
        </w:tc>
      </w:tr>
      <w:tr w:rsidR="00B201E0" w14:paraId="195937E5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08F65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희망 입주일</w:t>
            </w:r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A00C3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2026.     .     .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C2855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희망 사용기간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42982" w14:textId="77777777" w:rsidR="00B201E0" w:rsidRDefault="00F067CD" w:rsidP="00077BEA">
            <w:pPr>
              <w:spacing w:line="240" w:lineRule="auto"/>
              <w:ind w:firstLineChars="100" w:firstLine="170"/>
            </w:pPr>
            <w:r>
              <w:rPr>
                <w:sz w:val="17"/>
              </w:rPr>
              <w:t>년</w:t>
            </w:r>
          </w:p>
        </w:tc>
      </w:tr>
      <w:tr w:rsidR="00B201E0" w14:paraId="52A6900D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2139A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입주 목적</w:t>
            </w:r>
          </w:p>
        </w:tc>
        <w:tc>
          <w:tcPr>
            <w:tcW w:w="8813" w:type="dxa"/>
            <w:gridSpan w:val="3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6B264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□ R&amp;D   □ 기업부설연구소   □ 사무공간   □ 기술사업화   □ 산학협력   □ </w:t>
            </w:r>
            <w:proofErr w:type="gramStart"/>
            <w:r>
              <w:rPr>
                <w:sz w:val="16"/>
                <w:lang w:eastAsia="ko-KR"/>
              </w:rPr>
              <w:t xml:space="preserve">기타(  </w:t>
            </w:r>
            <w:proofErr w:type="gramEnd"/>
            <w:r>
              <w:rPr>
                <w:sz w:val="16"/>
                <w:lang w:eastAsia="ko-KR"/>
              </w:rPr>
              <w:t xml:space="preserve">           )</w:t>
            </w:r>
          </w:p>
        </w:tc>
      </w:tr>
      <w:tr w:rsidR="00B201E0" w14:paraId="248998FB" w14:textId="77777777" w:rsidTr="007252F6">
        <w:trPr>
          <w:jc w:val="center"/>
        </w:trPr>
        <w:tc>
          <w:tcPr>
            <w:tcW w:w="195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127E0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사업자등록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주소</w:t>
            </w:r>
            <w:proofErr w:type="spellEnd"/>
          </w:p>
        </w:tc>
        <w:tc>
          <w:tcPr>
            <w:tcW w:w="3427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39E74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사용 희망  □ 미희망</w:t>
            </w:r>
          </w:p>
        </w:tc>
        <w:tc>
          <w:tcPr>
            <w:tcW w:w="17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2BF6D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24시간 출입</w:t>
            </w:r>
          </w:p>
        </w:tc>
        <w:tc>
          <w:tcPr>
            <w:tcW w:w="36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69908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필요  □ 불필요</w:t>
            </w:r>
          </w:p>
        </w:tc>
      </w:tr>
    </w:tbl>
    <w:p w14:paraId="4DBE9D30" w14:textId="77777777" w:rsidR="00B201E0" w:rsidRDefault="00F067CD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t>4. 시설·운영 및 안전·환경 확인</w:t>
      </w:r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2101"/>
        <w:gridCol w:w="3285"/>
        <w:gridCol w:w="1928"/>
        <w:gridCol w:w="3458"/>
      </w:tblGrid>
      <w:tr w:rsidR="00B201E0" w14:paraId="0C6E31D4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129A2" w14:textId="77777777" w:rsidR="00B201E0" w:rsidRDefault="00F067CD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>서버·GPU 등 고부하장비</w:t>
            </w:r>
          </w:p>
        </w:tc>
        <w:tc>
          <w:tcPr>
            <w:tcW w:w="32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6F49B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 xml:space="preserve">□ </w:t>
            </w:r>
            <w:proofErr w:type="spellStart"/>
            <w:proofErr w:type="gramStart"/>
            <w:r>
              <w:rPr>
                <w:sz w:val="17"/>
              </w:rPr>
              <w:t>있음</w:t>
            </w:r>
            <w:proofErr w:type="spellEnd"/>
            <w:r>
              <w:rPr>
                <w:sz w:val="17"/>
              </w:rPr>
              <w:t xml:space="preserve">  □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없음</w:t>
            </w:r>
            <w:proofErr w:type="spellEnd"/>
          </w:p>
        </w:tc>
        <w:tc>
          <w:tcPr>
            <w:tcW w:w="192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2C675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추가 냉난방 수요</w:t>
            </w:r>
          </w:p>
        </w:tc>
        <w:tc>
          <w:tcPr>
            <w:tcW w:w="345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462C7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있음  □ 없음</w:t>
            </w:r>
          </w:p>
        </w:tc>
      </w:tr>
      <w:tr w:rsidR="00B201E0" w14:paraId="605BDA9E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A5B11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전용회선·특수통신</w:t>
            </w:r>
          </w:p>
        </w:tc>
        <w:tc>
          <w:tcPr>
            <w:tcW w:w="32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49F33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필요  □ 불필요</w:t>
            </w:r>
          </w:p>
        </w:tc>
        <w:tc>
          <w:tcPr>
            <w:tcW w:w="192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C4377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주차등록 수요</w:t>
            </w:r>
          </w:p>
        </w:tc>
        <w:tc>
          <w:tcPr>
            <w:tcW w:w="345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50133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차량       대</w:t>
            </w:r>
          </w:p>
        </w:tc>
      </w:tr>
      <w:tr w:rsidR="00B201E0" w14:paraId="2B648177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EB81D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시설공사·구조변경</w:t>
            </w:r>
          </w:p>
        </w:tc>
        <w:tc>
          <w:tcPr>
            <w:tcW w:w="32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A0CC7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있음  □ 없음</w:t>
            </w:r>
          </w:p>
        </w:tc>
        <w:tc>
          <w:tcPr>
            <w:tcW w:w="192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8D269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대형물류 반입</w:t>
            </w:r>
          </w:p>
        </w:tc>
        <w:tc>
          <w:tcPr>
            <w:tcW w:w="345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CCEC0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있음  □ 없음</w:t>
            </w:r>
          </w:p>
        </w:tc>
      </w:tr>
      <w:tr w:rsidR="00B201E0" w14:paraId="6359B6C8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78EFE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위험물·화학물질</w:t>
            </w:r>
          </w:p>
        </w:tc>
        <w:tc>
          <w:tcPr>
            <w:tcW w:w="32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57B2C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취급  □ 미취급</w:t>
            </w:r>
          </w:p>
        </w:tc>
        <w:tc>
          <w:tcPr>
            <w:tcW w:w="192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2F2BE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소음·진동·악취</w:t>
            </w:r>
          </w:p>
        </w:tc>
        <w:tc>
          <w:tcPr>
            <w:tcW w:w="345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F73FDB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발생  □ 미발생</w:t>
            </w:r>
          </w:p>
        </w:tc>
      </w:tr>
      <w:tr w:rsidR="00B201E0" w14:paraId="47BC3EBE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60B2C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특수전력·급배수</w:t>
            </w:r>
          </w:p>
        </w:tc>
        <w:tc>
          <w:tcPr>
            <w:tcW w:w="328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75BC4" w14:textId="77777777" w:rsidR="00B201E0" w:rsidRDefault="00F067CD">
            <w:pPr>
              <w:spacing w:line="240" w:lineRule="auto"/>
            </w:pPr>
            <w:r>
              <w:rPr>
                <w:sz w:val="17"/>
              </w:rPr>
              <w:t>□ 필요  □ 불필요</w:t>
            </w:r>
          </w:p>
        </w:tc>
        <w:tc>
          <w:tcPr>
            <w:tcW w:w="192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864AA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기타 시설요구</w:t>
            </w:r>
          </w:p>
        </w:tc>
        <w:tc>
          <w:tcPr>
            <w:tcW w:w="3458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AAE44" w14:textId="77777777" w:rsidR="00B201E0" w:rsidRDefault="00B201E0">
            <w:pPr>
              <w:spacing w:line="240" w:lineRule="auto"/>
            </w:pPr>
          </w:p>
        </w:tc>
      </w:tr>
      <w:tr w:rsidR="00B201E0" w14:paraId="36B09173" w14:textId="77777777" w:rsidTr="007252F6">
        <w:trPr>
          <w:jc w:val="center"/>
        </w:trPr>
        <w:tc>
          <w:tcPr>
            <w:tcW w:w="210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E8ED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BFE946" w14:textId="77777777" w:rsidR="00B201E0" w:rsidRDefault="00F067CD">
            <w:pPr>
              <w:spacing w:line="240" w:lineRule="auto"/>
              <w:jc w:val="center"/>
            </w:pPr>
            <w:r>
              <w:rPr>
                <w:b/>
                <w:color w:val="173F6B"/>
                <w:sz w:val="18"/>
              </w:rPr>
              <w:t>반입 예정 주요장비</w:t>
            </w:r>
          </w:p>
        </w:tc>
        <w:tc>
          <w:tcPr>
            <w:tcW w:w="8671" w:type="dxa"/>
            <w:gridSpan w:val="3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4EBA3" w14:textId="77777777" w:rsidR="00B201E0" w:rsidRDefault="00B201E0">
            <w:pPr>
              <w:spacing w:line="240" w:lineRule="auto"/>
            </w:pPr>
          </w:p>
        </w:tc>
      </w:tr>
    </w:tbl>
    <w:p w14:paraId="2EC8BC53" w14:textId="77777777" w:rsidR="00B201E0" w:rsidRDefault="009217C8">
      <w:pPr>
        <w:spacing w:after="40"/>
        <w:ind w:left="113"/>
        <w:rPr>
          <w:lang w:eastAsia="ko-KR"/>
        </w:rPr>
      </w:pPr>
      <w:r>
        <w:rPr>
          <w:color w:val="5B6D7E"/>
          <w:sz w:val="17"/>
          <w:lang w:eastAsia="ko-KR"/>
        </w:rPr>
        <w:t>※</w:t>
      </w:r>
      <w:r w:rsidR="00F067CD">
        <w:rPr>
          <w:color w:val="5B6D7E"/>
          <w:sz w:val="16"/>
          <w:lang w:eastAsia="ko-KR"/>
        </w:rPr>
        <w:t xml:space="preserve"> 위 항목은 입주 적합성 및 시설운영 검토를 위한 </w:t>
      </w:r>
      <w:proofErr w:type="spellStart"/>
      <w:r w:rsidR="00F067CD">
        <w:rPr>
          <w:color w:val="5B6D7E"/>
          <w:sz w:val="16"/>
          <w:lang w:eastAsia="ko-KR"/>
        </w:rPr>
        <w:t>확인사항이며</w:t>
      </w:r>
      <w:proofErr w:type="spellEnd"/>
      <w:r w:rsidR="00F067CD">
        <w:rPr>
          <w:color w:val="5B6D7E"/>
          <w:sz w:val="16"/>
          <w:lang w:eastAsia="ko-KR"/>
        </w:rPr>
        <w:t>, 실제 사용조건은 계약 및 시설 운영기준에 따릅니다.</w:t>
      </w:r>
    </w:p>
    <w:p w14:paraId="65ED83EF" w14:textId="77777777" w:rsidR="00B201E0" w:rsidRDefault="00F067CD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lastRenderedPageBreak/>
        <w:t>5. 상명대학교 산학협력 현황 및 희망분야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8391"/>
      </w:tblGrid>
      <w:tr w:rsidR="00B201E0" w14:paraId="3FFA3523" w14:textId="77777777">
        <w:trPr>
          <w:trHeight w:val="850"/>
          <w:jc w:val="center"/>
        </w:trPr>
        <w:tc>
          <w:tcPr>
            <w:tcW w:w="238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B421C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기존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산학협력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실적</w:t>
            </w:r>
            <w:proofErr w:type="spellEnd"/>
          </w:p>
        </w:tc>
        <w:tc>
          <w:tcPr>
            <w:tcW w:w="839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427A7" w14:textId="77777777" w:rsidR="008D19FC" w:rsidRPr="00E54A07" w:rsidRDefault="009217C8" w:rsidP="008D19FC">
            <w:pPr>
              <w:spacing w:line="240" w:lineRule="auto"/>
              <w:rPr>
                <w:rFonts w:ascii="바탕체" w:eastAsia="맑은 고딕" w:hAnsi="바탕체"/>
                <w:sz w:val="17"/>
                <w:szCs w:val="17"/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</w:t>
            </w:r>
            <w:r w:rsidR="00F067CD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 상명대학교(또는 상명대학교 산학협력단)와의 산학협력 실적을 우선 기재하되, 해당 실적이 없는 경우 타 </w:t>
            </w:r>
            <w:proofErr w:type="spellStart"/>
            <w:r w:rsidR="00F067CD">
              <w:rPr>
                <w:rFonts w:hint="eastAsia"/>
                <w:color w:val="5B6D7E"/>
                <w:sz w:val="17"/>
                <w:szCs w:val="17"/>
                <w:lang w:eastAsia="ko-KR"/>
              </w:rPr>
              <w:t>대학·연구기관과의</w:t>
            </w:r>
            <w:proofErr w:type="spellEnd"/>
            <w:r w:rsidR="00F067CD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 주요 산학협력 실적을 기재</w:t>
            </w:r>
          </w:p>
          <w:p w14:paraId="5E8218B1" w14:textId="77777777" w:rsidR="000F6EC2" w:rsidRDefault="009217C8">
            <w:pPr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</w:t>
            </w:r>
            <w:r w:rsidR="00A346F1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 </w:t>
            </w:r>
            <w:r w:rsidR="00E54A07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타 </w:t>
            </w:r>
            <w:proofErr w:type="spellStart"/>
            <w:r w:rsidR="00E54A07">
              <w:rPr>
                <w:rFonts w:hint="eastAsia"/>
                <w:color w:val="5B6D7E"/>
                <w:sz w:val="17"/>
                <w:szCs w:val="17"/>
                <w:lang w:eastAsia="ko-KR"/>
              </w:rPr>
              <w:t>대학·연구기관과의</w:t>
            </w:r>
            <w:proofErr w:type="spellEnd"/>
            <w:r w:rsidR="00E54A07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 </w:t>
            </w:r>
            <w:r w:rsidR="00E54A07">
              <w:rPr>
                <w:rFonts w:hint="eastAsia"/>
                <w:color w:val="5B6D7E"/>
                <w:sz w:val="17"/>
                <w:szCs w:val="17"/>
                <w:lang w:eastAsia="ko-KR"/>
              </w:rPr>
              <w:t>산학협력</w:t>
            </w:r>
            <w:r w:rsidR="00A346F1">
              <w:rPr>
                <w:rFonts w:hint="eastAsia"/>
                <w:color w:val="5B6D7E"/>
                <w:sz w:val="17"/>
                <w:szCs w:val="17"/>
                <w:lang w:eastAsia="ko-KR"/>
              </w:rPr>
              <w:t>은 간단한 증빙자료를 첨부하여 주시기 바랍니다.</w:t>
            </w:r>
          </w:p>
        </w:tc>
      </w:tr>
      <w:tr w:rsidR="00B201E0" w14:paraId="0AF512C7" w14:textId="77777777">
        <w:trPr>
          <w:trHeight w:val="850"/>
          <w:jc w:val="center"/>
        </w:trPr>
        <w:tc>
          <w:tcPr>
            <w:tcW w:w="238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55CB3" w14:textId="77777777" w:rsidR="00B201E0" w:rsidRDefault="00F067CD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>연계 교수·학과·부서</w:t>
            </w:r>
          </w:p>
        </w:tc>
        <w:tc>
          <w:tcPr>
            <w:tcW w:w="839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228D4" w14:textId="77777777" w:rsidR="00B201E0" w:rsidRDefault="009217C8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</w:t>
            </w:r>
            <w:r>
              <w:rPr>
                <w:rFonts w:eastAsia="맑은 고딕" w:hint="eastAsia"/>
                <w:color w:val="5B6D7E"/>
                <w:sz w:val="17"/>
                <w:szCs w:val="17"/>
                <w:lang w:eastAsia="ko-KR"/>
              </w:rPr>
              <w:t xml:space="preserve"> </w:t>
            </w:r>
            <w:r w:rsidR="00F067CD">
              <w:rPr>
                <w:color w:val="5B6D7E"/>
                <w:sz w:val="17"/>
                <w:lang w:eastAsia="ko-KR"/>
              </w:rPr>
              <w:t>현재 협력 중이거나 협력을 희망하는 교원·학과·연구소·부서가 있는 경우 기재</w:t>
            </w:r>
          </w:p>
        </w:tc>
      </w:tr>
      <w:tr w:rsidR="00B201E0" w14:paraId="159C8D79" w14:textId="77777777">
        <w:trPr>
          <w:trHeight w:val="850"/>
          <w:jc w:val="center"/>
        </w:trPr>
        <w:tc>
          <w:tcPr>
            <w:tcW w:w="238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E13E3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희망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협력분야</w:t>
            </w:r>
            <w:proofErr w:type="spellEnd"/>
          </w:p>
        </w:tc>
        <w:tc>
          <w:tcPr>
            <w:tcW w:w="839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DE320" w14:textId="77777777" w:rsidR="00077BEA" w:rsidRDefault="00F067CD">
            <w:pPr>
              <w:spacing w:line="240" w:lineRule="auto"/>
              <w:rPr>
                <w:sz w:val="17"/>
                <w:lang w:eastAsia="ko-KR"/>
              </w:rPr>
            </w:pPr>
            <w:r>
              <w:rPr>
                <w:sz w:val="17"/>
                <w:lang w:eastAsia="ko-KR"/>
              </w:rPr>
              <w:t xml:space="preserve">□ 공동연구   □ 기술이전·사업화   □ 교수·전문가 자문   □ 정부과제 공동수행   □ 현장실습   □ 학생채용   </w:t>
            </w:r>
          </w:p>
          <w:p w14:paraId="69EF1F9C" w14:textId="77777777" w:rsidR="00B201E0" w:rsidRPr="008D0408" w:rsidRDefault="00F067CD">
            <w:pPr>
              <w:spacing w:line="240" w:lineRule="auto"/>
              <w:rPr>
                <w:rFonts w:eastAsia="맑은 고딕" w:hint="eastAsia"/>
                <w:lang w:eastAsia="ko-KR"/>
              </w:rPr>
            </w:pPr>
            <w:r>
              <w:rPr>
                <w:sz w:val="17"/>
                <w:lang w:eastAsia="ko-KR"/>
              </w:rPr>
              <w:t>□ 교육·</w:t>
            </w:r>
            <w:proofErr w:type="spellStart"/>
            <w:r>
              <w:rPr>
                <w:sz w:val="17"/>
                <w:lang w:eastAsia="ko-KR"/>
              </w:rPr>
              <w:t>캡스톤</w:t>
            </w:r>
            <w:proofErr w:type="spellEnd"/>
            <w:r>
              <w:rPr>
                <w:sz w:val="17"/>
                <w:lang w:eastAsia="ko-KR"/>
              </w:rPr>
              <w:t xml:space="preserve">   □ 장비·인프라 활용   □ 세미나·교류   □ 기타</w:t>
            </w:r>
          </w:p>
        </w:tc>
      </w:tr>
      <w:tr w:rsidR="00B201E0" w14:paraId="59C1C259" w14:textId="77777777">
        <w:trPr>
          <w:trHeight w:val="1361"/>
          <w:jc w:val="center"/>
        </w:trPr>
        <w:tc>
          <w:tcPr>
            <w:tcW w:w="238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DCEF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C20B7" w14:textId="77777777" w:rsidR="00B201E0" w:rsidRDefault="00F067CD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협력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희망내용</w:t>
            </w:r>
            <w:proofErr w:type="spellEnd"/>
          </w:p>
        </w:tc>
        <w:tc>
          <w:tcPr>
            <w:tcW w:w="8391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FEA71" w14:textId="77777777" w:rsidR="00B201E0" w:rsidRDefault="009217C8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</w:t>
            </w:r>
            <w:r w:rsidR="00F067CD">
              <w:rPr>
                <w:color w:val="5B6D7E"/>
                <w:sz w:val="17"/>
                <w:lang w:eastAsia="ko-KR"/>
              </w:rPr>
              <w:t xml:space="preserve"> 입주 후 1년 이내 추진하고자 하는 구체적인 산학협력 내용을 요약하여 기재</w:t>
            </w:r>
          </w:p>
        </w:tc>
      </w:tr>
    </w:tbl>
    <w:p w14:paraId="7949AD3D" w14:textId="77777777" w:rsidR="00B201E0" w:rsidRDefault="00F067CD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t>6. 신청 확인</w:t>
      </w:r>
    </w:p>
    <w:p w14:paraId="1A88065B" w14:textId="77777777" w:rsidR="00B201E0" w:rsidRDefault="00F067CD">
      <w:pPr>
        <w:spacing w:before="80" w:after="60"/>
        <w:rPr>
          <w:lang w:eastAsia="ko-KR"/>
        </w:rPr>
      </w:pPr>
      <w:r>
        <w:rPr>
          <w:sz w:val="18"/>
          <w:lang w:eastAsia="ko-KR"/>
        </w:rPr>
        <w:t>본 신청기업은 상명대학교 미래산학관(K관) Life Care Hub 입주기업 모집공고 및 관련 운영기준을 확인하였으며, 위 기재내용이 사실임을 확인하고 입주를 신청합니다.</w:t>
      </w:r>
    </w:p>
    <w:p w14:paraId="6F689B03" w14:textId="77777777" w:rsidR="00B201E0" w:rsidRDefault="00F067CD">
      <w:pPr>
        <w:spacing w:before="160"/>
        <w:jc w:val="center"/>
        <w:rPr>
          <w:rFonts w:eastAsia="맑은 고딕" w:hint="eastAsia"/>
          <w:sz w:val="20"/>
          <w:lang w:eastAsia="ko-KR"/>
        </w:rPr>
      </w:pPr>
      <w:r>
        <w:rPr>
          <w:sz w:val="20"/>
          <w:lang w:eastAsia="ko-KR"/>
        </w:rPr>
        <w:t>2026년      월      일</w:t>
      </w:r>
    </w:p>
    <w:p w14:paraId="1B0FA6A5" w14:textId="77777777" w:rsidR="00762220" w:rsidRPr="00762220" w:rsidRDefault="00762220">
      <w:pPr>
        <w:spacing w:before="160"/>
        <w:jc w:val="center"/>
        <w:rPr>
          <w:rFonts w:eastAsia="맑은 고딕" w:hint="eastAsia"/>
          <w:lang w:eastAsia="ko-KR"/>
        </w:rPr>
      </w:pPr>
    </w:p>
    <w:p w14:paraId="4278D8CA" w14:textId="77777777" w:rsidR="00B201E0" w:rsidRDefault="00F067CD">
      <w:pPr>
        <w:jc w:val="right"/>
        <w:rPr>
          <w:b/>
          <w:sz w:val="20"/>
          <w:lang w:eastAsia="ko-KR"/>
        </w:rPr>
      </w:pPr>
      <w:r>
        <w:rPr>
          <w:b/>
          <w:sz w:val="20"/>
          <w:lang w:eastAsia="ko-KR"/>
        </w:rPr>
        <w:t>신청기업명:                         대표자:                         (인)</w:t>
      </w:r>
    </w:p>
    <w:p w14:paraId="312196D9" w14:textId="77777777" w:rsidR="00762220" w:rsidRPr="00762220" w:rsidRDefault="00762220">
      <w:pPr>
        <w:jc w:val="right"/>
        <w:rPr>
          <w:rFonts w:eastAsia="맑은 고딕" w:hint="eastAsia"/>
          <w:lang w:eastAsia="ko-KR"/>
        </w:rPr>
      </w:pPr>
    </w:p>
    <w:p w14:paraId="70A4D806" w14:textId="77777777" w:rsidR="00B201E0" w:rsidRDefault="00F067CD">
      <w:pPr>
        <w:spacing w:before="140"/>
        <w:jc w:val="center"/>
        <w:rPr>
          <w:rFonts w:eastAsia="맑은 고딕" w:hint="eastAsia"/>
          <w:b/>
          <w:color w:val="173F6B"/>
          <w:sz w:val="24"/>
          <w:lang w:eastAsia="ko-KR"/>
        </w:rPr>
      </w:pPr>
      <w:r>
        <w:rPr>
          <w:b/>
          <w:color w:val="173F6B"/>
          <w:sz w:val="24"/>
          <w:lang w:eastAsia="ko-KR"/>
        </w:rPr>
        <w:t>상명대학교 총장 귀하</w:t>
      </w:r>
    </w:p>
    <w:p w14:paraId="7F004C2C" w14:textId="77777777" w:rsidR="00762220" w:rsidRPr="00762220" w:rsidRDefault="00762220">
      <w:pPr>
        <w:spacing w:before="140"/>
        <w:jc w:val="center"/>
        <w:rPr>
          <w:rFonts w:eastAsia="맑은 고딕" w:hint="eastAsia"/>
          <w:lang w:eastAsia="ko-KR"/>
        </w:rPr>
      </w:pPr>
    </w:p>
    <w:p w14:paraId="497726B3" w14:textId="77777777" w:rsidR="00B201E0" w:rsidRDefault="00F067CD">
      <w:pPr>
        <w:spacing w:after="40"/>
        <w:ind w:left="113"/>
        <w:rPr>
          <w:lang w:eastAsia="ko-KR"/>
        </w:rPr>
      </w:pPr>
      <w:r>
        <w:rPr>
          <w:color w:val="5B6D7E"/>
          <w:sz w:val="16"/>
          <w:lang w:eastAsia="ko-KR"/>
        </w:rPr>
        <w:t>※ 개인정보 수집·이용 동의서는 별도 서식으로 제출합니다.</w:t>
      </w:r>
    </w:p>
    <w:p w14:paraId="7B147E76" w14:textId="77777777" w:rsidR="00B201E0" w:rsidRDefault="00F067CD">
      <w:pPr>
        <w:rPr>
          <w:lang w:eastAsia="ko-KR"/>
        </w:rPr>
      </w:pPr>
      <w:r>
        <w:rPr>
          <w:lang w:eastAsia="ko-KR"/>
        </w:rPr>
        <w:br w:type="page"/>
      </w:r>
    </w:p>
    <w:p w14:paraId="5C44621C" w14:textId="77777777" w:rsidR="00B201E0" w:rsidRDefault="00F067CD">
      <w:pPr>
        <w:spacing w:before="60" w:after="80"/>
        <w:jc w:val="center"/>
        <w:rPr>
          <w:lang w:eastAsia="ko-KR"/>
        </w:rPr>
      </w:pPr>
      <w:r>
        <w:rPr>
          <w:b/>
          <w:color w:val="173F6B"/>
          <w:sz w:val="34"/>
          <w:lang w:eastAsia="ko-KR"/>
        </w:rPr>
        <w:lastRenderedPageBreak/>
        <w:t>상명대학교 미래산학관(K관) 2층 「Life Care Hub」 사업계획서</w:t>
      </w:r>
    </w:p>
    <w:p w14:paraId="4674C615" w14:textId="77777777" w:rsidR="00B201E0" w:rsidRDefault="00F067CD">
      <w:pPr>
        <w:spacing w:after="140"/>
        <w:jc w:val="center"/>
        <w:rPr>
          <w:lang w:eastAsia="ko-KR"/>
        </w:rPr>
      </w:pPr>
      <w:r>
        <w:rPr>
          <w:color w:val="5B6D7E"/>
          <w:sz w:val="18"/>
          <w:lang w:eastAsia="ko-KR"/>
        </w:rPr>
        <w:t>입주기업 선정평가용</w:t>
      </w:r>
    </w:p>
    <w:p w14:paraId="08DFDB6A" w14:textId="77777777" w:rsidR="00B201E0" w:rsidRDefault="00B201E0">
      <w:pPr>
        <w:pBdr>
          <w:bottom w:val="single" w:sz="12" w:space="1" w:color="173F6B"/>
        </w:pBdr>
        <w:spacing w:after="100"/>
        <w:rPr>
          <w:lang w:eastAsia="ko-KR"/>
        </w:rPr>
      </w:pPr>
    </w:p>
    <w:p w14:paraId="0EF12570" w14:textId="77777777" w:rsidR="00B201E0" w:rsidRDefault="00F067CD">
      <w:pPr>
        <w:spacing w:after="200"/>
        <w:jc w:val="center"/>
        <w:rPr>
          <w:lang w:eastAsia="ko-KR"/>
        </w:rPr>
      </w:pPr>
      <w:r>
        <w:rPr>
          <w:b/>
          <w:sz w:val="22"/>
          <w:lang w:eastAsia="ko-KR"/>
        </w:rPr>
        <w:t xml:space="preserve">기업명:                                               </w:t>
      </w:r>
    </w:p>
    <w:p w14:paraId="5435E871" w14:textId="77777777" w:rsidR="00B201E0" w:rsidRDefault="00F067CD">
      <w:pPr>
        <w:spacing w:after="40"/>
        <w:ind w:left="113"/>
        <w:rPr>
          <w:lang w:eastAsia="ko-KR"/>
        </w:rPr>
      </w:pPr>
      <w:r>
        <w:rPr>
          <w:color w:val="5B6D7E"/>
          <w:sz w:val="16"/>
          <w:lang w:eastAsia="ko-KR"/>
        </w:rPr>
        <w:t>※ 기업 특성에 따라 해당 없는 항목은 “해당 없음”</w:t>
      </w:r>
      <w:proofErr w:type="spellStart"/>
      <w:r>
        <w:rPr>
          <w:color w:val="5B6D7E"/>
          <w:sz w:val="16"/>
          <w:lang w:eastAsia="ko-KR"/>
        </w:rPr>
        <w:t>으로</w:t>
      </w:r>
      <w:proofErr w:type="spellEnd"/>
      <w:r>
        <w:rPr>
          <w:color w:val="5B6D7E"/>
          <w:sz w:val="16"/>
          <w:lang w:eastAsia="ko-KR"/>
        </w:rPr>
        <w:t xml:space="preserve"> 기재할 수 있습니다.</w:t>
      </w:r>
    </w:p>
    <w:p w14:paraId="33231E14" w14:textId="77777777" w:rsidR="00B201E0" w:rsidRDefault="00F067CD">
      <w:pPr>
        <w:spacing w:after="40"/>
        <w:ind w:left="113"/>
        <w:rPr>
          <w:color w:val="5B6D7E"/>
          <w:sz w:val="16"/>
          <w:lang w:eastAsia="ko-KR"/>
        </w:rPr>
      </w:pPr>
      <w:r>
        <w:rPr>
          <w:color w:val="5B6D7E"/>
          <w:sz w:val="16"/>
          <w:lang w:eastAsia="ko-KR"/>
        </w:rPr>
        <w:t>※ 기술기업은 기술경쟁력을, 비기술기업은 서비스·비즈니스모델 경쟁력을 중심으로 작성하여 주시기 바랍니다.</w:t>
      </w:r>
    </w:p>
    <w:p w14:paraId="6545B5BD" w14:textId="77777777" w:rsidR="009217C8" w:rsidRDefault="00BC635E">
      <w:pPr>
        <w:spacing w:after="40"/>
        <w:ind w:left="113"/>
        <w:rPr>
          <w:rFonts w:eastAsia="맑은 고딕" w:hint="eastAsia"/>
          <w:color w:val="5B6D7E"/>
          <w:sz w:val="16"/>
          <w:lang w:eastAsia="ko-KR"/>
        </w:rPr>
      </w:pPr>
      <w:r>
        <w:rPr>
          <w:color w:val="5B6D7E"/>
          <w:sz w:val="16"/>
          <w:lang w:eastAsia="ko-KR"/>
        </w:rPr>
        <w:t>※ 서류평가기준: ① 산학협력 가능성 ② 사업 및 성장 가능성 ③ 보유 기술의 기술·혁신성 ④ 대학 교육·연구 인프라 활용계획 ⑤ 대학 기여도</w:t>
      </w:r>
    </w:p>
    <w:p w14:paraId="3E59F0A6" w14:textId="77777777" w:rsidR="00BC635E" w:rsidRPr="000C5808" w:rsidRDefault="00BC635E" w:rsidP="00E54A07">
      <w:pPr>
        <w:spacing w:after="40"/>
        <w:ind w:firstLineChars="800" w:firstLine="1280"/>
        <w:rPr>
          <w:rFonts w:ascii="바탕체" w:eastAsia="바탕체" w:hAnsi="바탕체"/>
          <w:lang w:eastAsia="ko-KR"/>
        </w:rPr>
      </w:pPr>
      <w:r w:rsidRPr="009217C8"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⑥ 입주요건 적합성</w:t>
      </w:r>
    </w:p>
    <w:p w14:paraId="1B71D3BE" w14:textId="77777777" w:rsidR="001B4FF2" w:rsidRDefault="00F067CD" w:rsidP="001B4FF2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t xml:space="preserve">Ⅰ. </w:t>
      </w:r>
      <w:r w:rsidRPr="001B4FF2">
        <w:rPr>
          <w:b/>
          <w:color w:val="173F6B"/>
          <w:sz w:val="23"/>
          <w:lang w:eastAsia="ko-KR"/>
        </w:rPr>
        <w:t>기업</w:t>
      </w:r>
      <w:r w:rsidR="001B4FF2" w:rsidRPr="001B4FF2">
        <w:rPr>
          <w:rFonts w:hint="eastAsia"/>
          <w:b/>
          <w:color w:val="173F6B"/>
          <w:sz w:val="23"/>
          <w:lang w:eastAsia="ko-KR"/>
        </w:rPr>
        <w:t xml:space="preserve">의 </w:t>
      </w:r>
      <w:r w:rsidR="001B4FF2" w:rsidRPr="001B4FF2">
        <w:rPr>
          <w:b/>
          <w:color w:val="173F6B"/>
          <w:sz w:val="23"/>
          <w:lang w:eastAsia="ko-KR"/>
        </w:rPr>
        <w:t>주요 사업 및 경쟁력</w:t>
      </w:r>
    </w:p>
    <w:p w14:paraId="78D4E5C7" w14:textId="77777777" w:rsidR="00B201E0" w:rsidRDefault="00F067CD" w:rsidP="001B4FF2">
      <w:pPr>
        <w:keepNext/>
        <w:spacing w:before="140" w:after="60"/>
        <w:rPr>
          <w:lang w:eastAsia="ko-KR"/>
        </w:rPr>
      </w:pPr>
      <w:r>
        <w:rPr>
          <w:b/>
          <w:sz w:val="20"/>
          <w:lang w:eastAsia="ko-KR"/>
        </w:rPr>
        <w:t>1. 기업 연혁 및 주요 성과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3CB109D9" w14:textId="77777777" w:rsidTr="008D19FC">
        <w:trPr>
          <w:trHeight w:val="930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0079E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 설립 이후 주요 사업·제품 출시, 투자·인증·수상, 주요 계약, 연구개발 성과 등을 연도순으로 기재</w:t>
            </w:r>
          </w:p>
        </w:tc>
      </w:tr>
    </w:tbl>
    <w:p w14:paraId="6ED38E50" w14:textId="77777777" w:rsidR="00B201E0" w:rsidRDefault="00073700">
      <w:pPr>
        <w:keepNext/>
        <w:spacing w:before="80" w:after="40"/>
        <w:rPr>
          <w:lang w:eastAsia="ko-KR"/>
        </w:rPr>
      </w:pPr>
      <w:r>
        <w:rPr>
          <w:b/>
          <w:sz w:val="20"/>
          <w:lang w:eastAsia="ko-KR"/>
        </w:rPr>
        <w:t>2</w:t>
      </w:r>
      <w:r w:rsidR="00F067CD">
        <w:rPr>
          <w:b/>
          <w:sz w:val="20"/>
          <w:lang w:eastAsia="ko-KR"/>
        </w:rPr>
        <w:t>. 주요 사업·제품·서비스 개요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22FF640B" w14:textId="77777777" w:rsidTr="00C429E3">
        <w:trPr>
          <w:trHeight w:val="2186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79404" w14:textId="77777777" w:rsidR="00B201E0" w:rsidRDefault="00F067CD">
            <w:pPr>
              <w:spacing w:line="240" w:lineRule="auto"/>
              <w:rPr>
                <w:rFonts w:eastAsia="맑은 고딕" w:hint="eastAsia"/>
                <w:color w:val="5B6D7E"/>
                <w:sz w:val="17"/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 핵심 사업영역, 주요 제품·서비스, 고객에게 제공하는 가치, 현재 사업단계를 구체적으로 기재</w:t>
            </w:r>
          </w:p>
          <w:p w14:paraId="4EC62828" w14:textId="77777777" w:rsidR="00770A29" w:rsidRPr="00770A29" w:rsidRDefault="00770A29">
            <w:pPr>
              <w:spacing w:line="240" w:lineRule="auto"/>
              <w:rPr>
                <w:rFonts w:eastAsia="맑은 고딕" w:hint="eastAsia"/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 xml:space="preserve">※ </w:t>
            </w:r>
            <w:r w:rsidRPr="00770A29">
              <w:rPr>
                <w:sz w:val="17"/>
                <w:szCs w:val="17"/>
                <w:lang w:eastAsia="ko-KR"/>
              </w:rPr>
              <w:t xml:space="preserve">Life Care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분야</w:t>
            </w:r>
            <w:r w:rsidRPr="00770A29">
              <w:rPr>
                <w:sz w:val="17"/>
                <w:szCs w:val="17"/>
                <w:lang w:eastAsia="ko-KR"/>
              </w:rPr>
              <w:t>(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헬스케어</w:t>
            </w:r>
            <w:r w:rsidRPr="00770A29">
              <w:rPr>
                <w:sz w:val="17"/>
                <w:szCs w:val="17"/>
                <w:lang w:eastAsia="ko-KR"/>
              </w:rPr>
              <w:t>·</w:t>
            </w:r>
            <w:proofErr w:type="spellStart"/>
            <w:r w:rsidRPr="00770A29">
              <w:rPr>
                <w:rFonts w:hint="eastAsia"/>
                <w:sz w:val="17"/>
                <w:szCs w:val="17"/>
                <w:lang w:eastAsia="ko-KR"/>
              </w:rPr>
              <w:t>웰니스</w:t>
            </w:r>
            <w:proofErr w:type="spellEnd"/>
            <w:r w:rsidRPr="00770A29">
              <w:rPr>
                <w:sz w:val="17"/>
                <w:szCs w:val="17"/>
                <w:lang w:eastAsia="ko-KR"/>
              </w:rPr>
              <w:t>·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바이오</w:t>
            </w:r>
            <w:r w:rsidRPr="00770A29">
              <w:rPr>
                <w:sz w:val="17"/>
                <w:szCs w:val="17"/>
                <w:lang w:eastAsia="ko-KR"/>
              </w:rPr>
              <w:t>·</w:t>
            </w:r>
            <w:proofErr w:type="spellStart"/>
            <w:r w:rsidRPr="00770A29">
              <w:rPr>
                <w:rFonts w:hint="eastAsia"/>
                <w:sz w:val="17"/>
                <w:szCs w:val="17"/>
                <w:lang w:eastAsia="ko-KR"/>
              </w:rPr>
              <w:t>푸드테크</w:t>
            </w:r>
            <w:proofErr w:type="spellEnd"/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등</w:t>
            </w:r>
            <w:r w:rsidRPr="00770A29">
              <w:rPr>
                <w:sz w:val="17"/>
                <w:szCs w:val="17"/>
                <w:lang w:eastAsia="ko-KR"/>
              </w:rPr>
              <w:t>)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에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해당하는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경우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해당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분야와의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연계성을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함께</w:t>
            </w:r>
            <w:r w:rsidRPr="00770A29">
              <w:rPr>
                <w:sz w:val="17"/>
                <w:szCs w:val="17"/>
                <w:lang w:eastAsia="ko-KR"/>
              </w:rPr>
              <w:t xml:space="preserve">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기재</w:t>
            </w:r>
          </w:p>
        </w:tc>
      </w:tr>
    </w:tbl>
    <w:p w14:paraId="3AADC7D9" w14:textId="77777777" w:rsidR="00B201E0" w:rsidRDefault="00073700">
      <w:pPr>
        <w:keepNext/>
        <w:spacing w:before="80" w:after="40"/>
      </w:pPr>
      <w:r>
        <w:rPr>
          <w:b/>
          <w:sz w:val="20"/>
        </w:rPr>
        <w:t>3</w:t>
      </w:r>
      <w:r w:rsidR="00F067CD">
        <w:rPr>
          <w:b/>
          <w:sz w:val="20"/>
        </w:rPr>
        <w:t xml:space="preserve">. </w:t>
      </w:r>
      <w:proofErr w:type="spellStart"/>
      <w:r w:rsidR="00F067CD">
        <w:rPr>
          <w:b/>
          <w:sz w:val="20"/>
        </w:rPr>
        <w:t>기술·사업</w:t>
      </w:r>
      <w:proofErr w:type="spellEnd"/>
      <w:r w:rsidR="00F067CD">
        <w:rPr>
          <w:b/>
          <w:sz w:val="20"/>
        </w:rPr>
        <w:t xml:space="preserve"> </w:t>
      </w:r>
      <w:proofErr w:type="spellStart"/>
      <w:r w:rsidR="00F067CD">
        <w:rPr>
          <w:b/>
          <w:sz w:val="20"/>
        </w:rPr>
        <w:t>경쟁력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0C5CAF65" w14:textId="77777777" w:rsidTr="00C429E3">
        <w:trPr>
          <w:trHeight w:val="2214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89F1B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 기술기업은 핵심기술·차별성·기술수준을, 비기술기업은 서비스·비즈니스모델·운영역량·차별성을 중심으로 기재</w:t>
            </w:r>
          </w:p>
        </w:tc>
      </w:tr>
    </w:tbl>
    <w:p w14:paraId="5AC16E56" w14:textId="77777777" w:rsidR="00B201E0" w:rsidRDefault="00073700">
      <w:pPr>
        <w:keepNext/>
        <w:spacing w:before="80" w:after="40"/>
        <w:rPr>
          <w:lang w:eastAsia="ko-KR"/>
        </w:rPr>
      </w:pPr>
      <w:r>
        <w:rPr>
          <w:b/>
          <w:sz w:val="20"/>
          <w:lang w:eastAsia="ko-KR"/>
        </w:rPr>
        <w:t>4</w:t>
      </w:r>
      <w:r w:rsidR="00F067CD">
        <w:rPr>
          <w:b/>
          <w:sz w:val="20"/>
          <w:lang w:eastAsia="ko-KR"/>
        </w:rPr>
        <w:t>. 시장·고객 및 사업화 현황</w:t>
      </w:r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69646917" w14:textId="77777777" w:rsidTr="00A65CEF">
        <w:trPr>
          <w:trHeight w:val="2154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2BF5F" w14:textId="77777777" w:rsidR="00B201E0" w:rsidRPr="002001CA" w:rsidRDefault="00F067CD">
            <w:pPr>
              <w:spacing w:line="240" w:lineRule="auto"/>
              <w:rPr>
                <w:rFonts w:ascii="바탕체" w:eastAsia="바탕체" w:hAnsi="바탕체"/>
                <w:lang w:eastAsia="ko-KR"/>
              </w:rPr>
            </w:pPr>
            <w:r w:rsidRPr="002001CA">
              <w:rPr>
                <w:color w:val="5B6D7E"/>
                <w:sz w:val="17"/>
                <w:lang w:eastAsia="ko-KR"/>
              </w:rPr>
              <w:t xml:space="preserve">※ 주요 시장, </w:t>
            </w:r>
            <w:proofErr w:type="spellStart"/>
            <w:r w:rsidRPr="002001CA">
              <w:rPr>
                <w:color w:val="5B6D7E"/>
                <w:sz w:val="17"/>
                <w:lang w:eastAsia="ko-KR"/>
              </w:rPr>
              <w:t>고객군</w:t>
            </w:r>
            <w:proofErr w:type="spellEnd"/>
            <w:r w:rsidRPr="002001CA">
              <w:rPr>
                <w:color w:val="5B6D7E"/>
                <w:sz w:val="17"/>
                <w:lang w:eastAsia="ko-KR"/>
              </w:rPr>
              <w:t xml:space="preserve">, </w:t>
            </w:r>
            <w:r w:rsidR="002001CA" w:rsidRPr="002001CA">
              <w:rPr>
                <w:rFonts w:hint="eastAsia"/>
                <w:color w:val="5B6D7E"/>
                <w:sz w:val="17"/>
                <w:lang w:eastAsia="ko-KR"/>
              </w:rPr>
              <w:t>사업화 단계</w:t>
            </w:r>
            <w:r w:rsidRPr="002001CA">
              <w:rPr>
                <w:color w:val="5B6D7E"/>
                <w:sz w:val="17"/>
                <w:lang w:eastAsia="ko-KR"/>
              </w:rPr>
              <w:t xml:space="preserve">, </w:t>
            </w:r>
            <w:r w:rsidR="002001CA" w:rsidRPr="002001CA">
              <w:rPr>
                <w:rFonts w:hint="eastAsia"/>
                <w:color w:val="5B6D7E"/>
                <w:sz w:val="17"/>
                <w:lang w:eastAsia="ko-KR"/>
              </w:rPr>
              <w:t>대표적인</w:t>
            </w:r>
            <w:r w:rsidRPr="002001CA">
              <w:rPr>
                <w:color w:val="5B6D7E"/>
                <w:sz w:val="17"/>
                <w:lang w:eastAsia="ko-KR"/>
              </w:rPr>
              <w:t xml:space="preserve"> </w:t>
            </w:r>
            <w:r w:rsidR="002001CA" w:rsidRPr="002001CA">
              <w:rPr>
                <w:rFonts w:hint="eastAsia"/>
                <w:color w:val="5B6D7E"/>
                <w:sz w:val="17"/>
                <w:lang w:eastAsia="ko-KR"/>
              </w:rPr>
              <w:t>사업</w:t>
            </w:r>
            <w:r w:rsidR="002001CA" w:rsidRPr="002001CA">
              <w:rPr>
                <w:color w:val="5B6D7E"/>
                <w:sz w:val="17"/>
                <w:lang w:eastAsia="ko-KR"/>
              </w:rPr>
              <w:t>·</w:t>
            </w:r>
            <w:r w:rsidRPr="002001CA">
              <w:rPr>
                <w:color w:val="5B6D7E"/>
                <w:sz w:val="17"/>
                <w:lang w:eastAsia="ko-KR"/>
              </w:rPr>
              <w:t>납품</w:t>
            </w:r>
            <w:r w:rsidR="002001CA" w:rsidRPr="002001CA">
              <w:rPr>
                <w:color w:val="5B6D7E"/>
                <w:sz w:val="17"/>
                <w:lang w:eastAsia="ko-KR"/>
              </w:rPr>
              <w:t xml:space="preserve"> </w:t>
            </w:r>
            <w:r w:rsidR="002001CA" w:rsidRPr="002001CA">
              <w:rPr>
                <w:rFonts w:hint="eastAsia"/>
                <w:color w:val="5B6D7E"/>
                <w:sz w:val="17"/>
                <w:lang w:eastAsia="ko-KR"/>
              </w:rPr>
              <w:t>실적</w:t>
            </w:r>
            <w:r w:rsidRPr="002001CA">
              <w:rPr>
                <w:color w:val="5B6D7E"/>
                <w:sz w:val="17"/>
                <w:lang w:eastAsia="ko-KR"/>
              </w:rPr>
              <w:t xml:space="preserve"> 등 사업화 실적과 향후 </w:t>
            </w:r>
            <w:r w:rsidR="00BC635E">
              <w:rPr>
                <w:rFonts w:hint="eastAsia"/>
                <w:color w:val="5B6D7E"/>
                <w:sz w:val="17"/>
                <w:lang w:eastAsia="ko-KR"/>
              </w:rPr>
              <w:t>사업확대 및 성장가능성을 기재</w:t>
            </w:r>
          </w:p>
        </w:tc>
      </w:tr>
    </w:tbl>
    <w:p w14:paraId="4C207F6E" w14:textId="77777777" w:rsidR="00B201E0" w:rsidRDefault="001B4FF2">
      <w:pPr>
        <w:keepNext/>
        <w:spacing w:before="140" w:after="60"/>
        <w:rPr>
          <w:lang w:eastAsia="ko-KR"/>
        </w:rPr>
      </w:pPr>
      <w:r>
        <w:rPr>
          <w:b/>
          <w:color w:val="173F6B"/>
          <w:sz w:val="23"/>
          <w:lang w:eastAsia="ko-KR"/>
        </w:rPr>
        <w:lastRenderedPageBreak/>
        <w:t>Ⅱ</w:t>
      </w:r>
      <w:r w:rsidR="00F067CD">
        <w:rPr>
          <w:b/>
          <w:color w:val="173F6B"/>
          <w:sz w:val="23"/>
          <w:lang w:eastAsia="ko-KR"/>
        </w:rPr>
        <w:t>. 입주 필요성 및 공간 활용계획</w:t>
      </w:r>
    </w:p>
    <w:p w14:paraId="15C58444" w14:textId="77777777" w:rsidR="00B201E0" w:rsidRDefault="00F067CD">
      <w:pPr>
        <w:keepNext/>
        <w:spacing w:before="80" w:after="40"/>
      </w:pPr>
      <w:r>
        <w:rPr>
          <w:b/>
          <w:sz w:val="20"/>
        </w:rPr>
        <w:t xml:space="preserve">1. </w:t>
      </w:r>
      <w:proofErr w:type="spellStart"/>
      <w:r>
        <w:rPr>
          <w:b/>
          <w:sz w:val="20"/>
        </w:rPr>
        <w:t>상명대학교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입주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필요성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4218081A" w14:textId="77777777">
        <w:trPr>
          <w:trHeight w:val="2381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FEE5B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 xml:space="preserve">※ </w:t>
            </w:r>
            <w:r w:rsidR="008D19FC" w:rsidRPr="008D19FC">
              <w:rPr>
                <w:rFonts w:hint="eastAsia"/>
                <w:color w:val="5B6D7E"/>
                <w:sz w:val="17"/>
                <w:lang w:eastAsia="ko-KR"/>
              </w:rPr>
              <w:t xml:space="preserve">일반 사무공간이 아닌 </w:t>
            </w:r>
            <w:r w:rsidRPr="008D19FC">
              <w:rPr>
                <w:color w:val="5B6D7E"/>
                <w:sz w:val="17"/>
                <w:lang w:eastAsia="ko-KR"/>
              </w:rPr>
              <w:t>상명대학교 Life Care Hub</w:t>
            </w:r>
            <w:r w:rsidR="00F27642" w:rsidRPr="008D19FC">
              <w:rPr>
                <w:rFonts w:hint="eastAsia"/>
                <w:color w:val="5B6D7E"/>
                <w:sz w:val="17"/>
                <w:lang w:eastAsia="ko-KR"/>
              </w:rPr>
              <w:t xml:space="preserve"> 입주 희망</w:t>
            </w:r>
            <w:r w:rsidR="00E54A07">
              <w:rPr>
                <w:rFonts w:eastAsia="맑은 고딕" w:hint="eastAsia"/>
                <w:color w:val="5B6D7E"/>
                <w:sz w:val="17"/>
                <w:lang w:eastAsia="ko-KR"/>
              </w:rPr>
              <w:t xml:space="preserve"> </w:t>
            </w:r>
            <w:proofErr w:type="gramStart"/>
            <w:r w:rsidR="00E54A07">
              <w:rPr>
                <w:color w:val="5B6D7E"/>
                <w:sz w:val="17"/>
                <w:lang w:eastAsia="ko-KR"/>
              </w:rPr>
              <w:t>사유를</w:t>
            </w:r>
            <w:r w:rsidRPr="008D19FC">
              <w:rPr>
                <w:color w:val="5B6D7E"/>
                <w:sz w:val="17"/>
                <w:lang w:eastAsia="ko-KR"/>
              </w:rPr>
              <w:t xml:space="preserve"> </w:t>
            </w:r>
            <w:r w:rsidR="00E54A07">
              <w:rPr>
                <w:color w:val="5B6D7E"/>
                <w:sz w:val="17"/>
                <w:lang w:eastAsia="ko-KR"/>
              </w:rPr>
              <w:t xml:space="preserve"> </w:t>
            </w:r>
            <w:r w:rsidRPr="008D19FC">
              <w:rPr>
                <w:color w:val="5B6D7E"/>
                <w:sz w:val="17"/>
                <w:lang w:eastAsia="ko-KR"/>
              </w:rPr>
              <w:t>대학의</w:t>
            </w:r>
            <w:proofErr w:type="gramEnd"/>
            <w:r w:rsidRPr="008D19FC">
              <w:rPr>
                <w:color w:val="5B6D7E"/>
                <w:sz w:val="17"/>
                <w:lang w:eastAsia="ko-KR"/>
              </w:rPr>
              <w:t xml:space="preserve"> 교육·연구 인프라 </w:t>
            </w:r>
            <w:r w:rsidR="00E54A07" w:rsidRPr="008D19FC">
              <w:rPr>
                <w:color w:val="5B6D7E"/>
                <w:sz w:val="17"/>
                <w:lang w:eastAsia="ko-KR"/>
              </w:rPr>
              <w:t xml:space="preserve">연계 </w:t>
            </w:r>
            <w:r w:rsidRPr="008D19FC">
              <w:rPr>
                <w:color w:val="5B6D7E"/>
                <w:sz w:val="17"/>
                <w:lang w:eastAsia="ko-KR"/>
              </w:rPr>
              <w:t>및 산학협력 필요성을 중심으로 기재</w:t>
            </w:r>
          </w:p>
        </w:tc>
      </w:tr>
    </w:tbl>
    <w:p w14:paraId="2EFBAEA1" w14:textId="77777777" w:rsidR="00B201E0" w:rsidRDefault="00F067CD">
      <w:pPr>
        <w:keepNext/>
        <w:spacing w:before="80" w:after="40"/>
      </w:pPr>
      <w:r>
        <w:rPr>
          <w:b/>
          <w:sz w:val="20"/>
        </w:rPr>
        <w:t xml:space="preserve">2. </w:t>
      </w:r>
      <w:proofErr w:type="spellStart"/>
      <w:r>
        <w:rPr>
          <w:b/>
          <w:sz w:val="20"/>
        </w:rPr>
        <w:t>입주공간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활용계획</w:t>
      </w:r>
      <w:proofErr w:type="spellEnd"/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6C2A3BE5" w14:textId="77777777" w:rsidTr="008D0408">
        <w:trPr>
          <w:trHeight w:val="2381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72085" w14:textId="77777777" w:rsidR="00E54A07" w:rsidRDefault="00F067CD">
            <w:pPr>
              <w:spacing w:line="240" w:lineRule="auto"/>
              <w:rPr>
                <w:color w:val="5B6D7E"/>
                <w:sz w:val="17"/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 입주공간에서 수행할 R&amp;D·사무·사업화 활동, 상주인력의 역할, 일상적인 공간 활용방식 및 신청면적이 필요한 사유</w:t>
            </w:r>
            <w:r w:rsidR="00632696">
              <w:rPr>
                <w:rFonts w:eastAsia="맑은 고딕" w:hint="eastAsia"/>
                <w:color w:val="5B6D7E"/>
                <w:sz w:val="17"/>
                <w:lang w:eastAsia="ko-KR"/>
              </w:rPr>
              <w:t xml:space="preserve"> </w:t>
            </w:r>
            <w:r w:rsidR="00632696">
              <w:rPr>
                <w:sz w:val="17"/>
                <w:lang w:eastAsia="ko-KR"/>
              </w:rPr>
              <w:t>등</w:t>
            </w:r>
            <w:r>
              <w:rPr>
                <w:color w:val="5B6D7E"/>
                <w:sz w:val="17"/>
                <w:lang w:eastAsia="ko-KR"/>
              </w:rPr>
              <w:t xml:space="preserve"> 기재</w:t>
            </w:r>
          </w:p>
          <w:p w14:paraId="77575379" w14:textId="77777777" w:rsidR="00B201E0" w:rsidRDefault="00E54A07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 xml:space="preserve">※ </w:t>
            </w:r>
            <w:r w:rsidR="00F067CD">
              <w:rPr>
                <w:color w:val="5B6D7E"/>
                <w:sz w:val="17"/>
                <w:lang w:eastAsia="ko-KR"/>
              </w:rPr>
              <w:t xml:space="preserve">세부 시설·안전·환경 사항은 입주신청서 기재내용을 기준으로 </w:t>
            </w:r>
            <w:r w:rsidRPr="00770A29">
              <w:rPr>
                <w:rFonts w:hint="eastAsia"/>
                <w:sz w:val="17"/>
                <w:szCs w:val="17"/>
                <w:lang w:eastAsia="ko-KR"/>
              </w:rPr>
              <w:t>함</w:t>
            </w:r>
          </w:p>
        </w:tc>
      </w:tr>
    </w:tbl>
    <w:p w14:paraId="2B48B29C" w14:textId="77777777" w:rsidR="00B201E0" w:rsidRPr="00D65A27" w:rsidRDefault="001B4FF2">
      <w:pPr>
        <w:keepNext/>
        <w:spacing w:before="140" w:after="60"/>
        <w:rPr>
          <w:rFonts w:ascii="바탕체" w:eastAsia="바탕체" w:hAnsi="바탕체"/>
          <w:lang w:eastAsia="ko-KR"/>
        </w:rPr>
      </w:pPr>
      <w:r>
        <w:rPr>
          <w:b/>
          <w:color w:val="173F6B"/>
          <w:sz w:val="23"/>
          <w:lang w:eastAsia="ko-KR"/>
        </w:rPr>
        <w:t>Ⅲ</w:t>
      </w:r>
      <w:r w:rsidR="00F067CD">
        <w:rPr>
          <w:b/>
          <w:color w:val="173F6B"/>
          <w:sz w:val="23"/>
          <w:lang w:eastAsia="ko-KR"/>
        </w:rPr>
        <w:t xml:space="preserve">. </w:t>
      </w:r>
      <w:r w:rsidR="00F067CD" w:rsidRPr="00D65A27">
        <w:rPr>
          <w:b/>
          <w:color w:val="173F6B"/>
          <w:sz w:val="23"/>
          <w:lang w:eastAsia="ko-KR"/>
        </w:rPr>
        <w:t xml:space="preserve">상명대학교 </w:t>
      </w:r>
      <w:r w:rsidR="00F067CD" w:rsidRPr="00D65A27">
        <w:rPr>
          <w:rFonts w:hint="eastAsia"/>
          <w:b/>
          <w:color w:val="173F6B"/>
          <w:sz w:val="23"/>
          <w:lang w:eastAsia="ko-KR"/>
        </w:rPr>
        <w:t>산학협력</w:t>
      </w:r>
      <w:r w:rsidR="00F067CD" w:rsidRPr="00D65A27">
        <w:rPr>
          <w:b/>
          <w:color w:val="173F6B"/>
          <w:sz w:val="23"/>
          <w:lang w:eastAsia="ko-KR"/>
        </w:rPr>
        <w:t xml:space="preserve"> </w:t>
      </w:r>
      <w:r w:rsidR="00F067CD" w:rsidRPr="00D65A27">
        <w:rPr>
          <w:rFonts w:hint="eastAsia"/>
          <w:b/>
          <w:color w:val="173F6B"/>
          <w:sz w:val="23"/>
          <w:lang w:eastAsia="ko-KR"/>
        </w:rPr>
        <w:t>계획</w:t>
      </w:r>
      <w:r w:rsidR="00D65A27" w:rsidRPr="00D65A27">
        <w:rPr>
          <w:b/>
          <w:color w:val="173F6B"/>
          <w:sz w:val="23"/>
          <w:lang w:eastAsia="ko-KR"/>
        </w:rPr>
        <w:t xml:space="preserve"> 및 기대효과</w:t>
      </w:r>
    </w:p>
    <w:p w14:paraId="1EF8CC3D" w14:textId="77777777" w:rsidR="00B201E0" w:rsidRDefault="00F067CD">
      <w:pPr>
        <w:spacing w:after="60"/>
        <w:rPr>
          <w:lang w:eastAsia="ko-KR"/>
        </w:rPr>
      </w:pPr>
      <w:r>
        <w:rPr>
          <w:color w:val="5B6D7E"/>
          <w:sz w:val="17"/>
          <w:lang w:eastAsia="ko-KR"/>
        </w:rPr>
        <w:t>※ 본 항목은 Life Care Hub 입주기업 선정 및 향후 연장 검토 시 중요한 참고자료로 활용될 수 있으므로 구체적으로 작성하여 주시기 바랍니다.</w:t>
      </w:r>
    </w:p>
    <w:p w14:paraId="49BFF12A" w14:textId="77777777" w:rsidR="008D19FC" w:rsidRPr="008D19FC" w:rsidRDefault="00F067CD">
      <w:pPr>
        <w:keepNext/>
        <w:spacing w:before="100" w:after="40"/>
        <w:rPr>
          <w:rFonts w:ascii="바탕체" w:eastAsia="바탕체" w:hAnsi="바탕체"/>
          <w:b/>
          <w:sz w:val="20"/>
          <w:lang w:eastAsia="ko-KR"/>
        </w:rPr>
      </w:pPr>
      <w:r>
        <w:rPr>
          <w:b/>
          <w:sz w:val="20"/>
          <w:lang w:eastAsia="ko-KR"/>
        </w:rPr>
        <w:t xml:space="preserve">1. 산학협력 </w:t>
      </w:r>
      <w:r w:rsidRPr="008D19FC">
        <w:rPr>
          <w:b/>
          <w:sz w:val="20"/>
          <w:lang w:eastAsia="ko-KR"/>
        </w:rPr>
        <w:t>세부 추진계획</w:t>
      </w:r>
      <w:r w:rsidR="008D19FC" w:rsidRPr="008D19FC">
        <w:rPr>
          <w:rFonts w:hint="eastAsia"/>
          <w:b/>
          <w:sz w:val="20"/>
          <w:lang w:eastAsia="ko-KR"/>
        </w:rPr>
        <w:t>(산학협력을 통해 기업이 해결하고자 하는 과제)</w:t>
      </w:r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3944"/>
        <w:gridCol w:w="3119"/>
        <w:gridCol w:w="1725"/>
      </w:tblGrid>
      <w:tr w:rsidR="002001CA" w14:paraId="419796FF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173F6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3AA27" w14:textId="77777777" w:rsidR="002001CA" w:rsidRPr="00BC635E" w:rsidRDefault="002001CA">
            <w:pPr>
              <w:spacing w:line="240" w:lineRule="auto"/>
              <w:jc w:val="center"/>
              <w:rPr>
                <w:rFonts w:ascii="바탕체" w:eastAsia="바탕체" w:hAnsi="바탕체"/>
                <w:sz w:val="16"/>
                <w:szCs w:val="16"/>
              </w:rPr>
            </w:pPr>
            <w:proofErr w:type="spellStart"/>
            <w:r w:rsidRPr="00BC635E">
              <w:rPr>
                <w:b/>
                <w:color w:val="FFFFFF"/>
                <w:sz w:val="16"/>
                <w:szCs w:val="16"/>
              </w:rPr>
              <w:t>협력분야</w:t>
            </w:r>
            <w:proofErr w:type="spellEnd"/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173F6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38877" w14:textId="77777777" w:rsidR="002001CA" w:rsidRPr="00BC635E" w:rsidRDefault="002001CA">
            <w:pPr>
              <w:spacing w:line="240" w:lineRule="auto"/>
              <w:jc w:val="center"/>
              <w:rPr>
                <w:rFonts w:ascii="바탕체" w:eastAsia="바탕체" w:hAnsi="바탕체"/>
                <w:sz w:val="16"/>
                <w:szCs w:val="16"/>
              </w:rPr>
            </w:pPr>
            <w:proofErr w:type="spellStart"/>
            <w:r w:rsidRPr="00BC635E">
              <w:rPr>
                <w:b/>
                <w:color w:val="FFFFFF"/>
                <w:sz w:val="16"/>
                <w:szCs w:val="16"/>
              </w:rPr>
              <w:t>구체적</w:t>
            </w:r>
            <w:proofErr w:type="spellEnd"/>
            <w:r w:rsidRPr="00BC635E">
              <w:rPr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BC635E">
              <w:rPr>
                <w:b/>
                <w:color w:val="FFFFFF"/>
                <w:sz w:val="16"/>
                <w:szCs w:val="16"/>
              </w:rPr>
              <w:t>추진내용</w:t>
            </w:r>
            <w:proofErr w:type="spellEnd"/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173F6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6FF18" w14:textId="77777777" w:rsidR="002001CA" w:rsidRPr="00BC635E" w:rsidRDefault="00BC635E">
            <w:pPr>
              <w:spacing w:line="240" w:lineRule="auto"/>
              <w:jc w:val="center"/>
              <w:rPr>
                <w:rFonts w:ascii="바탕체" w:eastAsia="바탕체" w:hAnsi="바탕체"/>
                <w:sz w:val="16"/>
                <w:szCs w:val="16"/>
                <w:lang w:eastAsia="ko-KR"/>
              </w:rPr>
            </w:pPr>
            <w:r w:rsidRPr="00BC635E">
              <w:rPr>
                <w:color w:val="FFFFFF" w:themeColor="background1"/>
                <w:sz w:val="16"/>
                <w:szCs w:val="16"/>
                <w:lang w:eastAsia="ko-KR"/>
              </w:rPr>
              <w:t>대학 연계 희망대상·활용 인프라</w:t>
            </w: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shd w:val="clear" w:color="auto" w:fill="173F6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50898" w14:textId="77777777" w:rsidR="002001CA" w:rsidRPr="00BC635E" w:rsidRDefault="002001CA">
            <w:pPr>
              <w:spacing w:line="240" w:lineRule="auto"/>
              <w:jc w:val="center"/>
              <w:rPr>
                <w:rFonts w:ascii="바탕체" w:eastAsia="바탕체" w:hAnsi="바탕체"/>
                <w:sz w:val="16"/>
                <w:szCs w:val="16"/>
              </w:rPr>
            </w:pPr>
            <w:proofErr w:type="spellStart"/>
            <w:r w:rsidRPr="00BC635E">
              <w:rPr>
                <w:b/>
                <w:color w:val="FFFFFF"/>
                <w:sz w:val="16"/>
                <w:szCs w:val="16"/>
              </w:rPr>
              <w:t>추진시기</w:t>
            </w:r>
            <w:proofErr w:type="spellEnd"/>
          </w:p>
        </w:tc>
      </w:tr>
      <w:tr w:rsidR="002001CA" w14:paraId="5F11E261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87E10" w14:textId="77777777" w:rsidR="002001CA" w:rsidRDefault="002001CA">
            <w:pPr>
              <w:spacing w:line="240" w:lineRule="auto"/>
            </w:pPr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92C50" w14:textId="77777777" w:rsidR="002001CA" w:rsidRDefault="002001CA">
            <w:pPr>
              <w:spacing w:line="240" w:lineRule="auto"/>
            </w:pPr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5E6B0" w14:textId="77777777" w:rsidR="002001CA" w:rsidRDefault="002001CA">
            <w:pPr>
              <w:spacing w:line="240" w:lineRule="auto"/>
            </w:pP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F9774" w14:textId="77777777" w:rsidR="002001CA" w:rsidRDefault="002001CA">
            <w:pPr>
              <w:spacing w:line="240" w:lineRule="auto"/>
            </w:pPr>
          </w:p>
        </w:tc>
      </w:tr>
      <w:tr w:rsidR="002001CA" w14:paraId="7B2FD6DE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687A4" w14:textId="77777777" w:rsidR="002001CA" w:rsidRDefault="002001CA">
            <w:pPr>
              <w:spacing w:line="240" w:lineRule="auto"/>
            </w:pPr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E87B3" w14:textId="77777777" w:rsidR="002001CA" w:rsidRDefault="002001CA">
            <w:pPr>
              <w:spacing w:line="240" w:lineRule="auto"/>
            </w:pPr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18D828" w14:textId="77777777" w:rsidR="002001CA" w:rsidRDefault="002001CA">
            <w:pPr>
              <w:spacing w:line="240" w:lineRule="auto"/>
            </w:pP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979BB" w14:textId="77777777" w:rsidR="002001CA" w:rsidRDefault="002001CA">
            <w:pPr>
              <w:spacing w:line="240" w:lineRule="auto"/>
            </w:pPr>
          </w:p>
        </w:tc>
      </w:tr>
      <w:tr w:rsidR="002001CA" w14:paraId="4D87B3FC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2FDFA" w14:textId="77777777" w:rsidR="002001CA" w:rsidRDefault="002001CA">
            <w:pPr>
              <w:spacing w:line="240" w:lineRule="auto"/>
            </w:pPr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65F6D" w14:textId="77777777" w:rsidR="002001CA" w:rsidRDefault="002001CA">
            <w:pPr>
              <w:spacing w:line="240" w:lineRule="auto"/>
            </w:pPr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798F7" w14:textId="77777777" w:rsidR="002001CA" w:rsidRDefault="002001CA">
            <w:pPr>
              <w:spacing w:line="240" w:lineRule="auto"/>
            </w:pP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3F055" w14:textId="77777777" w:rsidR="002001CA" w:rsidRDefault="002001CA">
            <w:pPr>
              <w:spacing w:line="240" w:lineRule="auto"/>
            </w:pPr>
          </w:p>
        </w:tc>
      </w:tr>
      <w:tr w:rsidR="002001CA" w14:paraId="6F30B6BC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0B2D8" w14:textId="77777777" w:rsidR="002001CA" w:rsidRDefault="002001CA">
            <w:pPr>
              <w:spacing w:line="240" w:lineRule="auto"/>
            </w:pPr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A02AE" w14:textId="77777777" w:rsidR="002001CA" w:rsidRDefault="002001CA">
            <w:pPr>
              <w:spacing w:line="240" w:lineRule="auto"/>
            </w:pPr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58A81" w14:textId="77777777" w:rsidR="002001CA" w:rsidRDefault="002001CA">
            <w:pPr>
              <w:spacing w:line="240" w:lineRule="auto"/>
            </w:pP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F40AC" w14:textId="77777777" w:rsidR="002001CA" w:rsidRDefault="002001CA">
            <w:pPr>
              <w:spacing w:line="240" w:lineRule="auto"/>
            </w:pPr>
          </w:p>
        </w:tc>
      </w:tr>
      <w:tr w:rsidR="002001CA" w14:paraId="4B5BD8F9" w14:textId="77777777" w:rsidTr="003527CD">
        <w:trPr>
          <w:jc w:val="center"/>
        </w:trPr>
        <w:tc>
          <w:tcPr>
            <w:tcW w:w="198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F499A" w14:textId="77777777" w:rsidR="002001CA" w:rsidRDefault="002001CA">
            <w:pPr>
              <w:spacing w:line="240" w:lineRule="auto"/>
            </w:pPr>
          </w:p>
        </w:tc>
        <w:tc>
          <w:tcPr>
            <w:tcW w:w="3944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763CD" w14:textId="77777777" w:rsidR="002001CA" w:rsidRDefault="002001CA">
            <w:pPr>
              <w:spacing w:line="240" w:lineRule="auto"/>
            </w:pPr>
          </w:p>
        </w:tc>
        <w:tc>
          <w:tcPr>
            <w:tcW w:w="3119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C748E" w14:textId="77777777" w:rsidR="002001CA" w:rsidRDefault="002001CA">
            <w:pPr>
              <w:spacing w:line="240" w:lineRule="auto"/>
            </w:pPr>
          </w:p>
        </w:tc>
        <w:tc>
          <w:tcPr>
            <w:tcW w:w="1725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0578F" w14:textId="77777777" w:rsidR="002001CA" w:rsidRDefault="002001CA">
            <w:pPr>
              <w:spacing w:line="240" w:lineRule="auto"/>
            </w:pPr>
          </w:p>
        </w:tc>
      </w:tr>
      <w:tr w:rsidR="00B201E0" w:rsidRPr="00F10E5E" w14:paraId="10168FCD" w14:textId="77777777" w:rsidTr="00F10E5E">
        <w:trPr>
          <w:trHeight w:val="3887"/>
          <w:jc w:val="center"/>
        </w:trPr>
        <w:tc>
          <w:tcPr>
            <w:tcW w:w="10772" w:type="dxa"/>
            <w:gridSpan w:val="4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FA200" w14:textId="77777777" w:rsidR="00B201E0" w:rsidRPr="00E54A07" w:rsidRDefault="009217C8">
            <w:pPr>
              <w:spacing w:line="240" w:lineRule="auto"/>
              <w:rPr>
                <w:rFonts w:ascii="바탕체" w:eastAsia="맑은 고딕" w:hAnsi="바탕체"/>
                <w:sz w:val="17"/>
                <w:szCs w:val="17"/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입주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후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상명대학교와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추진하고자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하는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구체적인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산학협력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내용과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,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산학협력을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통해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해결하고자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하는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과제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또는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달성하고자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하는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목표를</w:t>
            </w:r>
            <w:r w:rsidR="00F10E5E" w:rsidRPr="00F10E5E">
              <w:rPr>
                <w:sz w:val="17"/>
                <w:szCs w:val="17"/>
                <w:lang w:eastAsia="ko-KR"/>
              </w:rPr>
              <w:t xml:space="preserve"> </w:t>
            </w:r>
            <w:r w:rsidR="00F10E5E" w:rsidRPr="00F10E5E">
              <w:rPr>
                <w:rFonts w:hint="eastAsia"/>
                <w:sz w:val="17"/>
                <w:szCs w:val="17"/>
                <w:lang w:eastAsia="ko-KR"/>
              </w:rPr>
              <w:t>기재</w:t>
            </w:r>
          </w:p>
        </w:tc>
      </w:tr>
    </w:tbl>
    <w:p w14:paraId="4C976EFC" w14:textId="77777777" w:rsidR="00B201E0" w:rsidRPr="00C429E3" w:rsidRDefault="002001CA">
      <w:pPr>
        <w:keepNext/>
        <w:spacing w:before="80" w:after="40"/>
        <w:rPr>
          <w:rFonts w:ascii="바탕체" w:eastAsia="바탕체" w:hAnsi="바탕체"/>
          <w:lang w:eastAsia="ko-KR"/>
        </w:rPr>
      </w:pPr>
      <w:r w:rsidRPr="00C429E3">
        <w:rPr>
          <w:b/>
          <w:sz w:val="20"/>
          <w:lang w:eastAsia="ko-KR"/>
        </w:rPr>
        <w:lastRenderedPageBreak/>
        <w:t>2</w:t>
      </w:r>
      <w:r w:rsidR="004318D5" w:rsidRPr="00C429E3">
        <w:rPr>
          <w:b/>
          <w:sz w:val="20"/>
          <w:lang w:eastAsia="ko-KR"/>
        </w:rPr>
        <w:t>.</w:t>
      </w:r>
      <w:r w:rsidR="00C429E3" w:rsidRPr="00C429E3">
        <w:rPr>
          <w:rFonts w:hint="eastAsia"/>
          <w:b/>
          <w:sz w:val="20"/>
          <w:lang w:eastAsia="ko-KR"/>
        </w:rPr>
        <w:t>산학협력 기대효과</w:t>
      </w:r>
      <w:r w:rsidR="00BC635E">
        <w:rPr>
          <w:rFonts w:hint="eastAsia"/>
          <w:b/>
          <w:sz w:val="20"/>
          <w:lang w:eastAsia="ko-KR"/>
        </w:rPr>
        <w:t xml:space="preserve"> 및 대학 기여</w:t>
      </w:r>
    </w:p>
    <w:tbl>
      <w:tblPr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7EF10544" w14:textId="77777777" w:rsidTr="001B4FF2">
        <w:trPr>
          <w:trHeight w:val="1984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98645" w14:textId="77777777" w:rsidR="00B201E0" w:rsidRPr="00BC635E" w:rsidRDefault="00F067CD">
            <w:pPr>
              <w:spacing w:line="240" w:lineRule="auto"/>
              <w:rPr>
                <w:rFonts w:ascii="바탕체" w:eastAsia="바탕체" w:hAnsi="바탕체"/>
                <w:sz w:val="17"/>
                <w:szCs w:val="17"/>
                <w:lang w:eastAsia="ko-KR"/>
              </w:rPr>
            </w:pPr>
            <w:r w:rsidRPr="00BC635E">
              <w:rPr>
                <w:color w:val="5B6D7E"/>
                <w:sz w:val="17"/>
                <w:szCs w:val="17"/>
                <w:lang w:eastAsia="ko-KR"/>
              </w:rPr>
              <w:t xml:space="preserve">※ </w:t>
            </w:r>
            <w:r w:rsidR="00BC635E" w:rsidRPr="00BC635E">
              <w:rPr>
                <w:rFonts w:hint="eastAsia"/>
                <w:color w:val="5B6D7E"/>
                <w:sz w:val="17"/>
                <w:szCs w:val="17"/>
                <w:lang w:eastAsia="ko-KR"/>
              </w:rPr>
              <w:t xml:space="preserve">입주 및 산학협력을 통해 </w:t>
            </w:r>
            <w:r w:rsidRPr="00BC635E">
              <w:rPr>
                <w:color w:val="5B6D7E"/>
                <w:sz w:val="17"/>
                <w:szCs w:val="17"/>
                <w:lang w:eastAsia="ko-KR"/>
              </w:rPr>
              <w:t>상명대학교와 신청기업 양측에 기대되는 연구·교육·사업화·인재양성·지역사회 측면의 효과</w:t>
            </w:r>
            <w:r w:rsidR="00632696">
              <w:rPr>
                <w:rFonts w:eastAsia="맑은 고딕" w:hint="eastAsia"/>
                <w:color w:val="5B6D7E"/>
                <w:sz w:val="17"/>
                <w:szCs w:val="17"/>
                <w:lang w:eastAsia="ko-KR"/>
              </w:rPr>
              <w:t xml:space="preserve"> </w:t>
            </w:r>
            <w:r w:rsidRPr="00BC635E">
              <w:rPr>
                <w:color w:val="5B6D7E"/>
                <w:sz w:val="17"/>
                <w:szCs w:val="17"/>
                <w:lang w:eastAsia="ko-KR"/>
              </w:rPr>
              <w:t>기재</w:t>
            </w:r>
          </w:p>
        </w:tc>
      </w:tr>
    </w:tbl>
    <w:p w14:paraId="7F63F9BC" w14:textId="77777777" w:rsidR="00B201E0" w:rsidRDefault="001B4FF2">
      <w:pPr>
        <w:keepNext/>
        <w:spacing w:before="140" w:after="60"/>
        <w:rPr>
          <w:lang w:eastAsia="ko-KR"/>
        </w:rPr>
      </w:pPr>
      <w:proofErr w:type="gramStart"/>
      <w:r>
        <w:rPr>
          <w:b/>
          <w:color w:val="173F6B"/>
          <w:sz w:val="23"/>
          <w:lang w:eastAsia="ko-KR"/>
        </w:rPr>
        <w:t>Ⅳ</w:t>
      </w:r>
      <w:r w:rsidR="004318D5">
        <w:rPr>
          <w:b/>
          <w:color w:val="173F6B"/>
          <w:sz w:val="23"/>
          <w:lang w:eastAsia="ko-KR"/>
        </w:rPr>
        <w:t>.</w:t>
      </w:r>
      <w:r w:rsidR="00F067CD">
        <w:rPr>
          <w:b/>
          <w:color w:val="173F6B"/>
          <w:sz w:val="23"/>
          <w:lang w:eastAsia="ko-KR"/>
        </w:rPr>
        <w:t>기타</w:t>
      </w:r>
      <w:proofErr w:type="gramEnd"/>
      <w:r w:rsidR="00F067CD">
        <w:rPr>
          <w:b/>
          <w:color w:val="173F6B"/>
          <w:sz w:val="23"/>
          <w:lang w:eastAsia="ko-KR"/>
        </w:rPr>
        <w:t xml:space="preserve"> 및 참고자료</w:t>
      </w:r>
    </w:p>
    <w:p w14:paraId="3970A133" w14:textId="77777777" w:rsidR="00B201E0" w:rsidRDefault="00F067CD">
      <w:pPr>
        <w:keepNext/>
        <w:spacing w:before="80" w:after="40"/>
        <w:rPr>
          <w:lang w:eastAsia="ko-KR"/>
        </w:rPr>
      </w:pPr>
      <w:r>
        <w:rPr>
          <w:b/>
          <w:sz w:val="20"/>
          <w:lang w:eastAsia="ko-KR"/>
        </w:rPr>
        <w:t>추가 설명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B201E0" w14:paraId="5BE812AE" w14:textId="77777777">
        <w:trPr>
          <w:trHeight w:val="2268"/>
          <w:jc w:val="center"/>
        </w:trPr>
        <w:tc>
          <w:tcPr>
            <w:tcW w:w="10772" w:type="dxa"/>
            <w:tcBorders>
              <w:top w:val="single" w:sz="6" w:space="0" w:color="8EA9BF"/>
              <w:left w:val="single" w:sz="6" w:space="0" w:color="8EA9BF"/>
              <w:bottom w:val="single" w:sz="6" w:space="0" w:color="8EA9BF"/>
              <w:right w:val="single" w:sz="6" w:space="0" w:color="8EA9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E4FDC4" w14:textId="77777777" w:rsidR="00B201E0" w:rsidRDefault="00F067CD">
            <w:pPr>
              <w:spacing w:line="240" w:lineRule="auto"/>
              <w:rPr>
                <w:lang w:eastAsia="ko-KR"/>
              </w:rPr>
            </w:pPr>
            <w:r>
              <w:rPr>
                <w:color w:val="5B6D7E"/>
                <w:sz w:val="17"/>
                <w:lang w:eastAsia="ko-KR"/>
              </w:rPr>
              <w:t>※ 위 항목 외 입주심사에 참고할 사항이나 신청기업의 강점이 있으면 자유롭게 기재</w:t>
            </w:r>
            <w:bookmarkStart w:id="0" w:name="_GoBack"/>
            <w:bookmarkEnd w:id="0"/>
          </w:p>
        </w:tc>
      </w:tr>
    </w:tbl>
    <w:p w14:paraId="71218C2D" w14:textId="77777777" w:rsidR="00B201E0" w:rsidRDefault="00F067CD">
      <w:pPr>
        <w:spacing w:before="100"/>
        <w:rPr>
          <w:lang w:eastAsia="ko-KR"/>
        </w:rPr>
      </w:pPr>
      <w:r>
        <w:rPr>
          <w:sz w:val="17"/>
          <w:lang w:eastAsia="ko-KR"/>
        </w:rPr>
        <w:t>[작성자 확인</w:t>
      </w:r>
      <w:proofErr w:type="gramStart"/>
      <w:r>
        <w:rPr>
          <w:sz w:val="17"/>
          <w:lang w:eastAsia="ko-KR"/>
        </w:rPr>
        <w:t>]  본</w:t>
      </w:r>
      <w:proofErr w:type="gramEnd"/>
      <w:r>
        <w:rPr>
          <w:sz w:val="17"/>
          <w:lang w:eastAsia="ko-KR"/>
        </w:rPr>
        <w:t xml:space="preserve"> 사업계획서의 내용은 사실에 근거하여 작성하였으며, 허위사실이 확인될 경우 선정 취소 등 대학의 조치에 따르겠습니다.</w:t>
      </w:r>
    </w:p>
    <w:p w14:paraId="2F0B9AED" w14:textId="77777777" w:rsidR="00B201E0" w:rsidRDefault="00F067CD">
      <w:pPr>
        <w:spacing w:before="140"/>
        <w:jc w:val="right"/>
        <w:rPr>
          <w:lang w:eastAsia="ko-KR"/>
        </w:rPr>
      </w:pPr>
      <w:r>
        <w:rPr>
          <w:b/>
          <w:lang w:eastAsia="ko-KR"/>
        </w:rPr>
        <w:t>2026년      월      일    기업명:                      대표자:                      (인)</w:t>
      </w:r>
    </w:p>
    <w:sectPr w:rsidR="00B201E0" w:rsidSect="00034616">
      <w:footerReference w:type="default" r:id="rId8"/>
      <w:pgSz w:w="12240" w:h="15840"/>
      <w:pgMar w:top="794" w:right="850" w:bottom="737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FA975" w14:textId="77777777" w:rsidR="00E10F9C" w:rsidRDefault="00E10F9C">
      <w:pPr>
        <w:spacing w:line="240" w:lineRule="auto"/>
      </w:pPr>
      <w:r>
        <w:separator/>
      </w:r>
    </w:p>
  </w:endnote>
  <w:endnote w:type="continuationSeparator" w:id="0">
    <w:p w14:paraId="37BB3AF1" w14:textId="77777777" w:rsidR="00E10F9C" w:rsidRDefault="00E10F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F4708" w14:textId="77777777" w:rsidR="00B201E0" w:rsidRDefault="00F067CD">
    <w:pPr>
      <w:pStyle w:val="a6"/>
      <w:jc w:val="right"/>
      <w:rPr>
        <w:lang w:eastAsia="ko-KR"/>
      </w:rPr>
    </w:pPr>
    <w:r>
      <w:rPr>
        <w:color w:val="5B6D7E"/>
        <w:sz w:val="15"/>
        <w:lang w:eastAsia="ko-KR"/>
      </w:rPr>
      <w:t>상명대학교 산학연구처 산학협력지원팀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AB2DE" w14:textId="77777777" w:rsidR="00E10F9C" w:rsidRDefault="00E10F9C">
      <w:pPr>
        <w:spacing w:line="240" w:lineRule="auto"/>
      </w:pPr>
      <w:r>
        <w:separator/>
      </w:r>
    </w:p>
  </w:footnote>
  <w:footnote w:type="continuationSeparator" w:id="0">
    <w:p w14:paraId="187AB1AC" w14:textId="77777777" w:rsidR="00E10F9C" w:rsidRDefault="00E10F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700"/>
    <w:rsid w:val="00077BEA"/>
    <w:rsid w:val="000823DD"/>
    <w:rsid w:val="000C5808"/>
    <w:rsid w:val="000F6EC2"/>
    <w:rsid w:val="0015074B"/>
    <w:rsid w:val="001B4FF2"/>
    <w:rsid w:val="002001CA"/>
    <w:rsid w:val="00230679"/>
    <w:rsid w:val="0029639D"/>
    <w:rsid w:val="002D7E84"/>
    <w:rsid w:val="00326F90"/>
    <w:rsid w:val="003527CD"/>
    <w:rsid w:val="003D3BD4"/>
    <w:rsid w:val="004318D5"/>
    <w:rsid w:val="00632696"/>
    <w:rsid w:val="007252F6"/>
    <w:rsid w:val="00762220"/>
    <w:rsid w:val="00770A29"/>
    <w:rsid w:val="008D0408"/>
    <w:rsid w:val="008D19FC"/>
    <w:rsid w:val="009217C8"/>
    <w:rsid w:val="00A346F1"/>
    <w:rsid w:val="00A65CEF"/>
    <w:rsid w:val="00AA1D8D"/>
    <w:rsid w:val="00B01C41"/>
    <w:rsid w:val="00B201E0"/>
    <w:rsid w:val="00B47730"/>
    <w:rsid w:val="00BC635E"/>
    <w:rsid w:val="00C2544F"/>
    <w:rsid w:val="00C429E3"/>
    <w:rsid w:val="00CB0664"/>
    <w:rsid w:val="00D65A27"/>
    <w:rsid w:val="00E10F9C"/>
    <w:rsid w:val="00E54A07"/>
    <w:rsid w:val="00F067CD"/>
    <w:rsid w:val="00F10E5E"/>
    <w:rsid w:val="00F16063"/>
    <w:rsid w:val="00F276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D80031"/>
  <w14:defaultImageDpi w14:val="300"/>
  <w15:docId w15:val="{F820DC4D-4436-4984-9964-48B8938E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1B4FF2"/>
    <w:pPr>
      <w:spacing w:after="0" w:line="252" w:lineRule="auto"/>
    </w:pPr>
    <w:rPr>
      <w:rFonts w:ascii="Noto Sans CJK KR" w:eastAsia="Noto Sans CJK KR" w:hAnsi="Noto Sans CJK KR" w:cs="Noto Sans CJK KR"/>
      <w:color w:val="1A3550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  <w:rPr>
      <w:rFonts w:ascii="Noto Sans CJK KR" w:eastAsia="Noto Sans CJK KR" w:hAnsi="Noto Sans CJK KR" w:cs="Noto Sans CJK KR"/>
    </w:rPr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  <w:rPr>
      <w:rFonts w:ascii="Noto Sans CJK KR" w:eastAsia="Noto Sans CJK KR" w:hAnsi="Noto Sans CJK KR" w:cs="Noto Sans CJK KR"/>
    </w:rPr>
  </w:style>
  <w:style w:type="paragraph" w:styleId="a7">
    <w:name w:val="No Spacing"/>
    <w:uiPriority w:val="1"/>
    <w:qFormat/>
    <w:rsid w:val="00FC693F"/>
    <w:pPr>
      <w:spacing w:after="0" w:line="240" w:lineRule="auto"/>
    </w:pPr>
    <w:rPr>
      <w:rFonts w:ascii="Noto Sans CJK KR" w:eastAsia="Noto Sans CJK KR" w:hAnsi="Noto Sans CJK KR" w:cs="Noto Sans CJK KR"/>
    </w:r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  <w:rPr>
      <w:rFonts w:ascii="Noto Sans CJK KR" w:eastAsia="Noto Sans CJK KR" w:hAnsi="Noto Sans CJK KR" w:cs="Noto Sans CJK KR"/>
    </w:rPr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  <w:rPr>
      <w:rFonts w:ascii="Noto Sans CJK KR" w:eastAsia="Noto Sans CJK KR" w:hAnsi="Noto Sans CJK KR" w:cs="Noto Sans CJK KR"/>
    </w:rPr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rFonts w:ascii="Noto Sans CJK KR" w:eastAsia="Noto Sans CJK KR" w:hAnsi="Noto Sans CJK KR" w:cs="Noto Sans CJK KR"/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KR" w:eastAsia="Noto Sans CJK KR" w:hAnsi="Noto Sans CJK KR" w:cs="Noto Sans CJK K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Noto Sans CJK KR" w:eastAsia="Noto Sans CJK KR" w:hAnsi="Noto Sans CJK KR" w:cs="Noto Sans CJK K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rFonts w:ascii="Noto Sans CJK KR" w:eastAsia="Noto Sans CJK KR" w:hAnsi="Noto Sans CJK KR" w:cs="Noto Sans CJK KR"/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rFonts w:ascii="Noto Sans CJK KR" w:eastAsia="Noto Sans CJK KR" w:hAnsi="Noto Sans CJK KR" w:cs="Noto Sans CJK KR"/>
      <w:b/>
      <w:bCs/>
    </w:rPr>
  </w:style>
  <w:style w:type="character" w:styleId="af2">
    <w:name w:val="Emphasis"/>
    <w:basedOn w:val="a2"/>
    <w:uiPriority w:val="20"/>
    <w:qFormat/>
    <w:rsid w:val="00FC693F"/>
    <w:rPr>
      <w:rFonts w:ascii="Noto Sans CJK KR" w:eastAsia="Noto Sans CJK KR" w:hAnsi="Noto Sans CJK KR" w:cs="Noto Sans CJK KR"/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rFonts w:ascii="Noto Sans CJK KR" w:eastAsia="Noto Sans CJK KR" w:hAnsi="Noto Sans CJK KR" w:cs="Noto Sans CJK KR"/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rFonts w:ascii="Noto Sans CJK KR" w:eastAsia="Noto Sans CJK KR" w:hAnsi="Noto Sans CJK KR" w:cs="Noto Sans CJK KR"/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rFonts w:ascii="Noto Sans CJK KR" w:eastAsia="Noto Sans CJK KR" w:hAnsi="Noto Sans CJK KR" w:cs="Noto Sans CJK KR"/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rFonts w:ascii="Noto Sans CJK KR" w:eastAsia="Noto Sans CJK KR" w:hAnsi="Noto Sans CJK KR" w:cs="Noto Sans CJK KR"/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rFonts w:ascii="Noto Sans CJK KR" w:eastAsia="Noto Sans CJK KR" w:hAnsi="Noto Sans CJK KR" w:cs="Noto Sans CJK KR"/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rFonts w:ascii="Noto Sans CJK KR" w:eastAsia="Noto Sans CJK KR" w:hAnsi="Noto Sans CJK KR" w:cs="Noto Sans CJK KR"/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Noto Sans CJK KR" w:eastAsia="Noto Sans CJK KR" w:hAnsi="Noto Sans CJK KR" w:cs="Noto Sans CJK KR"/>
    </w:rPr>
  </w:style>
  <w:style w:type="table" w:styleId="af9">
    <w:name w:val="Table Grid"/>
    <w:basedOn w:val="a3"/>
    <w:uiPriority w:val="59"/>
    <w:rsid w:val="00FC693F"/>
    <w:pPr>
      <w:spacing w:after="0" w:line="240" w:lineRule="auto"/>
    </w:pPr>
    <w:rPr>
      <w:rFonts w:ascii="Noto Sans CJK KR" w:eastAsia="Noto Sans CJK KR" w:hAnsi="Noto Sans CJK KR" w:cs="Noto Sans CJK 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 w:cs="Noto Sans CJK KR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 w:cs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 w:cs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716080-62FC-40B9-B3D7-1C902743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490</Words>
  <Characters>2799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iacf</cp:lastModifiedBy>
  <cp:revision>18</cp:revision>
  <cp:lastPrinted>2026-09-30T04:45:00Z</cp:lastPrinted>
  <dcterms:created xsi:type="dcterms:W3CDTF">2013-12-23T23:15:00Z</dcterms:created>
  <dcterms:modified xsi:type="dcterms:W3CDTF">2026-09-30T04:45:00Z</dcterms:modified>
  <cp:category/>
</cp:coreProperties>
</file>